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6A6C" w14:textId="77777777" w:rsidR="007738B2" w:rsidRDefault="00665BD7">
      <w:pPr>
        <w:spacing w:after="360"/>
      </w:pPr>
      <w:r w:rsidRPr="00665BD7">
        <w:rPr>
          <w:noProof/>
        </w:rPr>
        <w:drawing>
          <wp:anchor distT="0" distB="0" distL="114300" distR="114300" simplePos="0" relativeHeight="251658240" behindDoc="1" locked="0" layoutInCell="1" allowOverlap="1" wp14:anchorId="19D6C82E" wp14:editId="4F601EE0">
            <wp:simplePos x="0" y="0"/>
            <wp:positionH relativeFrom="column">
              <wp:posOffset>-277495</wp:posOffset>
            </wp:positionH>
            <wp:positionV relativeFrom="paragraph">
              <wp:posOffset>-34290</wp:posOffset>
            </wp:positionV>
            <wp:extent cx="3143250" cy="971550"/>
            <wp:effectExtent l="0" t="0" r="0" b="0"/>
            <wp:wrapTopAndBottom/>
            <wp:docPr id="114822760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27601" name=""/>
                    <pic:cNvPicPr/>
                  </pic:nvPicPr>
                  <pic:blipFill>
                    <a:blip r:embed="rId8"/>
                    <a:stretch>
                      <a:fillRect/>
                    </a:stretch>
                  </pic:blipFill>
                  <pic:spPr>
                    <a:xfrm>
                      <a:off x="0" y="0"/>
                      <a:ext cx="3143250" cy="971550"/>
                    </a:xfrm>
                    <a:prstGeom prst="rect">
                      <a:avLst/>
                    </a:prstGeom>
                  </pic:spPr>
                </pic:pic>
              </a:graphicData>
            </a:graphic>
          </wp:anchor>
        </w:drawing>
      </w:r>
    </w:p>
    <w:p w14:paraId="66937BC9" w14:textId="77777777" w:rsidR="007738B2" w:rsidRDefault="00402795">
      <w:pPr>
        <w:jc w:val="center"/>
      </w:pPr>
      <w:r>
        <w:rPr>
          <w:noProof/>
        </w:rPr>
        <w:drawing>
          <wp:inline distT="0" distB="0" distL="0" distR="0" wp14:anchorId="37D1483A" wp14:editId="37CB1605">
            <wp:extent cx="2187000" cy="3888000"/>
            <wp:effectExtent l="0" t="0" r="0" b="0"/>
            <wp:docPr id="1" name="Picture 1" descr="Batnfjord skule med regnbue over skoleområdet" title="Batnfjord sk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a:stretch>
                      <a:fillRect/>
                    </a:stretch>
                  </pic:blipFill>
                  <pic:spPr>
                    <a:xfrm>
                      <a:off x="0" y="0"/>
                      <a:ext cx="2187000" cy="3888000"/>
                    </a:xfrm>
                    <a:prstGeom prst="rect">
                      <a:avLst/>
                    </a:prstGeom>
                  </pic:spPr>
                </pic:pic>
              </a:graphicData>
            </a:graphic>
          </wp:inline>
        </w:drawing>
      </w:r>
    </w:p>
    <w:p w14:paraId="4300C3F5" w14:textId="77777777" w:rsidR="007738B2" w:rsidRPr="00C64952" w:rsidRDefault="00402795">
      <w:pPr>
        <w:spacing w:before="280" w:after="100"/>
        <w:jc w:val="center"/>
        <w:rPr>
          <w:lang w:val="nb-NO"/>
        </w:rPr>
      </w:pPr>
      <w:r w:rsidRPr="00C64952">
        <w:rPr>
          <w:rFonts w:ascii="Aptos Display" w:hAnsi="Aptos Display"/>
          <w:b/>
          <w:color w:val="2E6687"/>
          <w:sz w:val="28"/>
          <w:lang w:val="nb-NO"/>
        </w:rPr>
        <w:t>ÅRSPLAN</w:t>
      </w:r>
    </w:p>
    <w:p w14:paraId="0F6A641A" w14:textId="77777777" w:rsidR="007738B2" w:rsidRPr="00C64952" w:rsidRDefault="00402795">
      <w:pPr>
        <w:spacing w:after="60"/>
        <w:jc w:val="center"/>
        <w:rPr>
          <w:lang w:val="nb-NO"/>
        </w:rPr>
      </w:pPr>
      <w:r w:rsidRPr="00C64952">
        <w:rPr>
          <w:rFonts w:ascii="Aptos Display" w:hAnsi="Aptos Display"/>
          <w:b/>
          <w:color w:val="173B57"/>
          <w:sz w:val="56"/>
          <w:lang w:val="nb-NO"/>
        </w:rPr>
        <w:t>BATNFJORD SKULE</w:t>
      </w:r>
    </w:p>
    <w:p w14:paraId="7F8EE19A" w14:textId="77777777" w:rsidR="007738B2" w:rsidRPr="00C64952" w:rsidRDefault="00402795">
      <w:pPr>
        <w:jc w:val="center"/>
        <w:rPr>
          <w:lang w:val="nb-NO"/>
        </w:rPr>
      </w:pPr>
      <w:r w:rsidRPr="00C64952">
        <w:rPr>
          <w:rFonts w:ascii="Aptos Display" w:hAnsi="Aptos Display"/>
          <w:b/>
          <w:color w:val="2E6687"/>
          <w:sz w:val="44"/>
          <w:lang w:val="nb-NO"/>
        </w:rPr>
        <w:t>2026/2027</w:t>
      </w:r>
    </w:p>
    <w:p w14:paraId="2771DEF0" w14:textId="77777777" w:rsidR="007738B2" w:rsidRPr="00C64952" w:rsidRDefault="00C15590">
      <w:pPr>
        <w:rPr>
          <w:lang w:val="nb-NO"/>
        </w:rPr>
      </w:pPr>
      <w:r w:rsidRPr="00C15590">
        <w:rPr>
          <w:noProof/>
          <w:lang w:val="nb-NO"/>
        </w:rPr>
        <w:drawing>
          <wp:anchor distT="0" distB="0" distL="114300" distR="114300" simplePos="0" relativeHeight="251659264" behindDoc="0" locked="0" layoutInCell="1" allowOverlap="1" wp14:anchorId="3A049088" wp14:editId="60F08A03">
            <wp:simplePos x="0" y="0"/>
            <wp:positionH relativeFrom="column">
              <wp:posOffset>2141855</wp:posOffset>
            </wp:positionH>
            <wp:positionV relativeFrom="paragraph">
              <wp:posOffset>156845</wp:posOffset>
            </wp:positionV>
            <wp:extent cx="1697355" cy="1781384"/>
            <wp:effectExtent l="0" t="0" r="0" b="9525"/>
            <wp:wrapNone/>
            <wp:docPr id="47572402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24025" name=""/>
                    <pic:cNvPicPr/>
                  </pic:nvPicPr>
                  <pic:blipFill>
                    <a:blip r:embed="rId10"/>
                    <a:stretch>
                      <a:fillRect/>
                    </a:stretch>
                  </pic:blipFill>
                  <pic:spPr>
                    <a:xfrm>
                      <a:off x="0" y="0"/>
                      <a:ext cx="1697355" cy="1781384"/>
                    </a:xfrm>
                    <a:prstGeom prst="rect">
                      <a:avLst/>
                    </a:prstGeom>
                  </pic:spPr>
                </pic:pic>
              </a:graphicData>
            </a:graphic>
            <wp14:sizeRelH relativeFrom="margin">
              <wp14:pctWidth>0</wp14:pctWidth>
            </wp14:sizeRelH>
            <wp14:sizeRelV relativeFrom="margin">
              <wp14:pctHeight>0</wp14:pctHeight>
            </wp14:sizeRelV>
          </wp:anchor>
        </w:drawing>
      </w:r>
      <w:r w:rsidR="00402795" w:rsidRPr="00C64952">
        <w:rPr>
          <w:lang w:val="nb-NO"/>
        </w:rPr>
        <w:br w:type="page"/>
      </w:r>
    </w:p>
    <w:p w14:paraId="568258C1" w14:textId="77777777" w:rsidR="007738B2" w:rsidRPr="00C64952" w:rsidRDefault="00402795">
      <w:pPr>
        <w:pStyle w:val="Overskrift1"/>
        <w:rPr>
          <w:lang w:val="nb-NO"/>
        </w:rPr>
      </w:pPr>
      <w:r w:rsidRPr="00C64952">
        <w:rPr>
          <w:lang w:val="nb-NO"/>
        </w:rPr>
        <w:lastRenderedPageBreak/>
        <w:t>Årsplan for Batnfjord skule 2026/2027</w:t>
      </w:r>
    </w:p>
    <w:p w14:paraId="6193CD76" w14:textId="77777777" w:rsidR="007738B2" w:rsidRPr="00C64952" w:rsidRDefault="00402795">
      <w:pPr>
        <w:pStyle w:val="Lead"/>
        <w:rPr>
          <w:lang w:val="nb-NO"/>
        </w:rPr>
      </w:pPr>
      <w:r w:rsidRPr="00C64952">
        <w:rPr>
          <w:lang w:val="nb-NO"/>
        </w:rPr>
        <w:t>Denne årsplanen gir foresatte, elever, ansatte og andre interesserte en samlet oversikt over skolens pedagogiske retning, utviklingsarbeid og sentrale aktiviteter gjennom skoleåret.</w:t>
      </w:r>
    </w:p>
    <w:p w14:paraId="7E3E108A" w14:textId="77777777" w:rsidR="007738B2" w:rsidRDefault="00402795">
      <w:r w:rsidRPr="00C64952">
        <w:rPr>
          <w:lang w:val="nb-NO"/>
        </w:rPr>
        <w:t xml:space="preserve">Planen gjelder grunnskolen 1.–10. trinn og bygger på opplæringsloven, læreplanverket LK20, skolens kunnskapsgrunnlag og utviklingsarbeidet i personalet. </w:t>
      </w:r>
      <w:proofErr w:type="spellStart"/>
      <w:r>
        <w:t>Skoleåret</w:t>
      </w:r>
      <w:proofErr w:type="spellEnd"/>
      <w:r>
        <w:t xml:space="preserve"> </w:t>
      </w:r>
      <w:proofErr w:type="spellStart"/>
      <w:r>
        <w:t>følger</w:t>
      </w:r>
      <w:proofErr w:type="spellEnd"/>
      <w:r>
        <w:t xml:space="preserve"> </w:t>
      </w:r>
      <w:proofErr w:type="spellStart"/>
      <w:r>
        <w:t>kommunens</w:t>
      </w:r>
      <w:proofErr w:type="spellEnd"/>
      <w:r>
        <w:t xml:space="preserve"> </w:t>
      </w:r>
      <w:proofErr w:type="spellStart"/>
      <w:r>
        <w:t>skolerute</w:t>
      </w:r>
      <w:proofErr w:type="spellEnd"/>
      <w:r>
        <w:t xml:space="preserve"> og består av 190 skoledager.</w:t>
      </w:r>
    </w:p>
    <w:tbl>
      <w:tblPr>
        <w:tblW w:w="9411" w:type="dxa"/>
        <w:jc w:val="center"/>
        <w:tblLayout w:type="fixed"/>
        <w:tblLook w:val="04A0" w:firstRow="1" w:lastRow="0" w:firstColumn="1" w:lastColumn="0" w:noHBand="0" w:noVBand="1"/>
      </w:tblPr>
      <w:tblGrid>
        <w:gridCol w:w="9411"/>
      </w:tblGrid>
      <w:tr w:rsidR="007738B2" w:rsidRPr="00707FC6" w14:paraId="2FEDB449" w14:textId="77777777">
        <w:trPr>
          <w:tblHeader/>
          <w:jc w:val="center"/>
        </w:trPr>
        <w:tc>
          <w:tcPr>
            <w:tcW w:w="9411" w:type="dxa"/>
            <w:shd w:val="clear" w:color="auto" w:fill="EAF2F6"/>
            <w:tcMar>
              <w:top w:w="90" w:type="dxa"/>
              <w:left w:w="120" w:type="dxa"/>
              <w:bottom w:w="90" w:type="dxa"/>
              <w:right w:w="120" w:type="dxa"/>
            </w:tcMar>
            <w:vAlign w:val="center"/>
          </w:tcPr>
          <w:p w14:paraId="2E0D74D2" w14:textId="77777777" w:rsidR="007738B2" w:rsidRPr="00C64952" w:rsidRDefault="00402795">
            <w:pPr>
              <w:spacing w:after="60"/>
              <w:rPr>
                <w:lang w:val="nb-NO"/>
              </w:rPr>
            </w:pPr>
            <w:r w:rsidRPr="00C64952">
              <w:rPr>
                <w:b/>
                <w:color w:val="173B57"/>
                <w:sz w:val="22"/>
                <w:lang w:val="nb-NO"/>
              </w:rPr>
              <w:t>Overordnet mål</w:t>
            </w:r>
          </w:p>
          <w:p w14:paraId="55476B56" w14:textId="77777777" w:rsidR="007738B2" w:rsidRPr="00C64952" w:rsidRDefault="00402795">
            <w:pPr>
              <w:spacing w:after="0"/>
              <w:rPr>
                <w:lang w:val="nb-NO"/>
              </w:rPr>
            </w:pPr>
            <w:r w:rsidRPr="00C64952">
              <w:rPr>
                <w:lang w:val="nb-NO"/>
              </w:rPr>
              <w:t xml:space="preserve">Batnfjord </w:t>
            </w:r>
            <w:proofErr w:type="spellStart"/>
            <w:r w:rsidRPr="00C64952">
              <w:rPr>
                <w:lang w:val="nb-NO"/>
              </w:rPr>
              <w:t>skule</w:t>
            </w:r>
            <w:proofErr w:type="spellEnd"/>
            <w:r w:rsidRPr="00C64952">
              <w:rPr>
                <w:lang w:val="nb-NO"/>
              </w:rPr>
              <w:t xml:space="preserve"> skal videreutvikle en trygg, inkluderende og læringsfremmende praksis der elevene opplever tilhørighet, mestring og nærvær. Gjennom tydelig klasseledelse, god undervisningskvalitet, hensiktsmessige støttetiltak og </w:t>
            </w:r>
            <w:proofErr w:type="gramStart"/>
            <w:r w:rsidRPr="00C64952">
              <w:rPr>
                <w:lang w:val="nb-NO"/>
              </w:rPr>
              <w:t>et forpliktende skole</w:t>
            </w:r>
            <w:proofErr w:type="gramEnd"/>
            <w:r w:rsidRPr="00C64952">
              <w:rPr>
                <w:lang w:val="nb-NO"/>
              </w:rPr>
              <w:t>–hjem-samarbeid skal skolen forebygge mobbing, utenforskap og bekymringsfullt skolefravær.</w:t>
            </w:r>
          </w:p>
        </w:tc>
      </w:tr>
    </w:tbl>
    <w:p w14:paraId="4D2A1987" w14:textId="77777777" w:rsidR="007738B2" w:rsidRPr="00C64952" w:rsidRDefault="007738B2">
      <w:pPr>
        <w:spacing w:after="0"/>
        <w:rPr>
          <w:lang w:val="nb-NO"/>
        </w:rPr>
      </w:pPr>
    </w:p>
    <w:p w14:paraId="6322350B" w14:textId="77777777" w:rsidR="007738B2" w:rsidRDefault="00402795">
      <w:pPr>
        <w:pStyle w:val="Overskrift2"/>
      </w:pPr>
      <w:proofErr w:type="spellStart"/>
      <w:r>
        <w:t>Slik</w:t>
      </w:r>
      <w:proofErr w:type="spellEnd"/>
      <w:r>
        <w:t xml:space="preserve"> </w:t>
      </w:r>
      <w:proofErr w:type="spellStart"/>
      <w:r>
        <w:t>leses</w:t>
      </w:r>
      <w:proofErr w:type="spellEnd"/>
      <w:r>
        <w:t xml:space="preserve"> </w:t>
      </w:r>
      <w:proofErr w:type="spellStart"/>
      <w:r>
        <w:t>planen</w:t>
      </w:r>
      <w:proofErr w:type="spellEnd"/>
    </w:p>
    <w:p w14:paraId="3259E181" w14:textId="77777777" w:rsidR="007738B2" w:rsidRPr="00C64952" w:rsidRDefault="00402795">
      <w:pPr>
        <w:pStyle w:val="Punktliste"/>
        <w:spacing w:after="80"/>
        <w:rPr>
          <w:lang w:val="nb-NO"/>
        </w:rPr>
      </w:pPr>
      <w:r w:rsidRPr="00C64952">
        <w:rPr>
          <w:lang w:val="nb-NO"/>
        </w:rPr>
        <w:t>Felles utviklingsområder beskriver det som skal være gjenkjennelig og samlende for hele skolen.</w:t>
      </w:r>
    </w:p>
    <w:p w14:paraId="3D2CEB07" w14:textId="77777777" w:rsidR="007738B2" w:rsidRPr="00C64952" w:rsidRDefault="00402795">
      <w:pPr>
        <w:pStyle w:val="Punktliste"/>
        <w:spacing w:after="80"/>
        <w:rPr>
          <w:lang w:val="nb-NO"/>
        </w:rPr>
      </w:pPr>
      <w:r w:rsidRPr="00C64952">
        <w:rPr>
          <w:lang w:val="nb-NO"/>
        </w:rPr>
        <w:t>Teambasert utviklingsarbeid tilpasses elevenes alder, behov og læringskontekst.</w:t>
      </w:r>
    </w:p>
    <w:p w14:paraId="7F414B39" w14:textId="77777777" w:rsidR="007738B2" w:rsidRPr="00C64952" w:rsidRDefault="00402795">
      <w:pPr>
        <w:pStyle w:val="Punktliste"/>
        <w:spacing w:after="80"/>
        <w:rPr>
          <w:lang w:val="nb-NO"/>
        </w:rPr>
      </w:pPr>
      <w:r w:rsidRPr="00C64952">
        <w:rPr>
          <w:lang w:val="nb-NO"/>
        </w:rPr>
        <w:t>Gjennomgående innsatsområder viser skolens felles forpliktelser i møte med elever og foresatte.</w:t>
      </w:r>
    </w:p>
    <w:p w14:paraId="06EFC831" w14:textId="77777777" w:rsidR="007738B2" w:rsidRPr="00C64952" w:rsidRDefault="00402795">
      <w:pPr>
        <w:pStyle w:val="Punktliste"/>
        <w:spacing w:after="80"/>
        <w:rPr>
          <w:lang w:val="nb-NO"/>
        </w:rPr>
      </w:pPr>
      <w:proofErr w:type="spellStart"/>
      <w:r w:rsidRPr="00C64952">
        <w:rPr>
          <w:lang w:val="nb-NO"/>
        </w:rPr>
        <w:t>Årshjulet</w:t>
      </w:r>
      <w:proofErr w:type="spellEnd"/>
      <w:r w:rsidRPr="00C64952">
        <w:rPr>
          <w:lang w:val="nb-NO"/>
        </w:rPr>
        <w:t xml:space="preserve"> viser når sentrale aktiviteter, kartlegginger og evalueringer gjennomføres.</w:t>
      </w:r>
    </w:p>
    <w:p w14:paraId="37DFA44B" w14:textId="77777777" w:rsidR="007738B2" w:rsidRPr="00C64952" w:rsidRDefault="00402795">
      <w:pPr>
        <w:rPr>
          <w:lang w:val="nb-NO"/>
        </w:rPr>
      </w:pPr>
      <w:r w:rsidRPr="00C64952">
        <w:rPr>
          <w:lang w:val="nb-NO"/>
        </w:rPr>
        <w:t>Årsplanen er et dynamisk styrings- og informasjonsdokument. Mindre justeringer kan gjøres underveis når nasjonale frister eller lokale behov endres.</w:t>
      </w:r>
    </w:p>
    <w:p w14:paraId="19AE9655" w14:textId="77777777" w:rsidR="007738B2" w:rsidRPr="00C64952" w:rsidRDefault="00402795">
      <w:pPr>
        <w:rPr>
          <w:lang w:val="nb-NO"/>
        </w:rPr>
      </w:pPr>
      <w:r w:rsidRPr="00C64952">
        <w:rPr>
          <w:lang w:val="nb-NO"/>
        </w:rPr>
        <w:br w:type="page"/>
      </w:r>
    </w:p>
    <w:p w14:paraId="59CA007C" w14:textId="77777777" w:rsidR="007738B2" w:rsidRPr="00C64952" w:rsidRDefault="00402795">
      <w:pPr>
        <w:pStyle w:val="Overskrift1"/>
        <w:rPr>
          <w:lang w:val="nb-NO"/>
        </w:rPr>
      </w:pPr>
      <w:r w:rsidRPr="00C64952">
        <w:rPr>
          <w:lang w:val="nb-NO"/>
        </w:rPr>
        <w:lastRenderedPageBreak/>
        <w:t>Felles utviklingsområder</w:t>
      </w:r>
    </w:p>
    <w:p w14:paraId="35818B6F" w14:textId="77777777" w:rsidR="007738B2" w:rsidRPr="00C64952" w:rsidRDefault="00402795">
      <w:pPr>
        <w:pStyle w:val="Lead"/>
        <w:rPr>
          <w:lang w:val="nb-NO"/>
        </w:rPr>
      </w:pPr>
      <w:r w:rsidRPr="00C64952">
        <w:rPr>
          <w:lang w:val="nb-NO"/>
        </w:rPr>
        <w:t>Skolen viderefører utviklingsområdene som personalet prioriterte våren 2026. Målet er å utvikle en mer sammenhengende praksis, samtidig som det er rom for faglig skjønn og tilpasning.</w:t>
      </w:r>
    </w:p>
    <w:p w14:paraId="45CEFADD" w14:textId="77777777" w:rsidR="007738B2" w:rsidRPr="00C64952" w:rsidRDefault="00402795">
      <w:pPr>
        <w:pStyle w:val="Overskrift2"/>
        <w:rPr>
          <w:lang w:val="nb-NO"/>
        </w:rPr>
      </w:pPr>
      <w:r w:rsidRPr="00C64952">
        <w:rPr>
          <w:lang w:val="nb-NO"/>
        </w:rPr>
        <w:t>1. Klasseledelse, læringsmiljø og trivsel</w:t>
      </w:r>
    </w:p>
    <w:p w14:paraId="307ACC73" w14:textId="77777777" w:rsidR="007738B2" w:rsidRPr="00C64952" w:rsidRDefault="00402795">
      <w:pPr>
        <w:rPr>
          <w:lang w:val="nb-NO"/>
        </w:rPr>
      </w:pPr>
      <w:r w:rsidRPr="00C64952">
        <w:rPr>
          <w:lang w:val="nb-NO"/>
        </w:rPr>
        <w:t>Et trygt og inkluderende læringsmiljø er grunnlaget for læring. Elevene skal møte voksne som bygger relasjoner, skaper forutsigbarhet og følger opp fellesskapet.</w:t>
      </w:r>
    </w:p>
    <w:p w14:paraId="72021B49" w14:textId="77777777" w:rsidR="007738B2" w:rsidRPr="00C64952" w:rsidRDefault="00232663">
      <w:pPr>
        <w:pStyle w:val="Punktliste"/>
        <w:spacing w:after="80"/>
        <w:rPr>
          <w:lang w:val="nb-NO"/>
        </w:rPr>
      </w:pPr>
      <w:r>
        <w:rPr>
          <w:lang w:val="nb-NO"/>
        </w:rPr>
        <w:t>T</w:t>
      </w:r>
      <w:r w:rsidR="00402795" w:rsidRPr="00C64952">
        <w:rPr>
          <w:lang w:val="nb-NO"/>
        </w:rPr>
        <w:t>ydelige og aldersadekvate forventninger, rutiner og rammer</w:t>
      </w:r>
    </w:p>
    <w:p w14:paraId="55DDB29C" w14:textId="77777777" w:rsidR="007738B2" w:rsidRPr="00C64952" w:rsidRDefault="00232663">
      <w:pPr>
        <w:pStyle w:val="Punktliste"/>
        <w:spacing w:after="80"/>
        <w:rPr>
          <w:lang w:val="nb-NO"/>
        </w:rPr>
      </w:pPr>
      <w:r>
        <w:rPr>
          <w:lang w:val="nb-NO"/>
        </w:rPr>
        <w:t>S</w:t>
      </w:r>
      <w:r w:rsidR="00402795" w:rsidRPr="00C64952">
        <w:rPr>
          <w:lang w:val="nb-NO"/>
        </w:rPr>
        <w:t>ystematisk arbeid med relasjoner, sosial læring og klassemiljø</w:t>
      </w:r>
    </w:p>
    <w:p w14:paraId="3519E483" w14:textId="77777777" w:rsidR="007738B2" w:rsidRPr="00C64952" w:rsidRDefault="00232663">
      <w:pPr>
        <w:pStyle w:val="Punktliste"/>
        <w:spacing w:after="80"/>
        <w:rPr>
          <w:lang w:val="nb-NO"/>
        </w:rPr>
      </w:pPr>
      <w:r>
        <w:rPr>
          <w:lang w:val="nb-NO"/>
        </w:rPr>
        <w:t>A</w:t>
      </w:r>
      <w:r w:rsidR="00402795" w:rsidRPr="00C64952">
        <w:rPr>
          <w:lang w:val="nb-NO"/>
        </w:rPr>
        <w:t>ktiv elevmedvirkning og oppmerksomhet på elevenes opplevelse</w:t>
      </w:r>
    </w:p>
    <w:p w14:paraId="3D604743" w14:textId="77777777" w:rsidR="007738B2" w:rsidRPr="00C64952" w:rsidRDefault="00232663">
      <w:pPr>
        <w:pStyle w:val="Punktliste"/>
        <w:spacing w:after="80"/>
        <w:rPr>
          <w:lang w:val="nb-NO"/>
        </w:rPr>
      </w:pPr>
      <w:r>
        <w:rPr>
          <w:lang w:val="nb-NO"/>
        </w:rPr>
        <w:t>F</w:t>
      </w:r>
      <w:r w:rsidR="00402795" w:rsidRPr="00C64952">
        <w:rPr>
          <w:lang w:val="nb-NO"/>
        </w:rPr>
        <w:t>orebygging og tidlig oppfølging av mobbing og utenforskap</w:t>
      </w:r>
    </w:p>
    <w:p w14:paraId="319AAEBB" w14:textId="77777777" w:rsidR="007738B2" w:rsidRPr="00C64952" w:rsidRDefault="00232663">
      <w:pPr>
        <w:pStyle w:val="Punktliste"/>
        <w:spacing w:after="80"/>
        <w:rPr>
          <w:lang w:val="nb-NO"/>
        </w:rPr>
      </w:pPr>
      <w:r>
        <w:rPr>
          <w:lang w:val="nb-NO"/>
        </w:rPr>
        <w:t>G</w:t>
      </w:r>
      <w:r w:rsidR="00402795" w:rsidRPr="00C64952">
        <w:rPr>
          <w:lang w:val="nb-NO"/>
        </w:rPr>
        <w:t>ode overganger mellom aktiviteter, trinn og skoleslag</w:t>
      </w:r>
    </w:p>
    <w:p w14:paraId="162E0A29" w14:textId="77777777" w:rsidR="007738B2" w:rsidRPr="00C64952" w:rsidRDefault="00402795">
      <w:pPr>
        <w:pStyle w:val="Overskrift2"/>
        <w:rPr>
          <w:lang w:val="nb-NO"/>
        </w:rPr>
      </w:pPr>
      <w:r w:rsidRPr="00C64952">
        <w:rPr>
          <w:lang w:val="nb-NO"/>
        </w:rPr>
        <w:t>2. Undervisningskvalitet</w:t>
      </w:r>
    </w:p>
    <w:p w14:paraId="7F4892A5" w14:textId="77777777" w:rsidR="007738B2" w:rsidRPr="00C64952" w:rsidRDefault="00402795">
      <w:pPr>
        <w:rPr>
          <w:lang w:val="nb-NO"/>
        </w:rPr>
      </w:pPr>
      <w:r w:rsidRPr="00C64952">
        <w:rPr>
          <w:lang w:val="nb-NO"/>
        </w:rPr>
        <w:t>God undervisning skal være faglig målrettet, inkluderende, relevant og variert. Skolen skal bruke kunnskap om elevenes læring til å justere undervisningen og sette inn tiltak.</w:t>
      </w:r>
    </w:p>
    <w:p w14:paraId="1E2EB649" w14:textId="77777777" w:rsidR="007738B2" w:rsidRPr="00A65A41" w:rsidRDefault="00A65A41">
      <w:pPr>
        <w:pStyle w:val="Punktliste"/>
        <w:spacing w:after="80"/>
        <w:rPr>
          <w:lang w:val="nb-NO"/>
        </w:rPr>
      </w:pPr>
      <w:r w:rsidRPr="00A65A41">
        <w:rPr>
          <w:lang w:val="nb-NO"/>
        </w:rPr>
        <w:t>A</w:t>
      </w:r>
      <w:r w:rsidR="00402795" w:rsidRPr="00A65A41">
        <w:rPr>
          <w:lang w:val="nb-NO"/>
        </w:rPr>
        <w:t>ktive, praktiske og varierte arbeidsmåter</w:t>
      </w:r>
    </w:p>
    <w:p w14:paraId="0113C931" w14:textId="77777777" w:rsidR="007738B2" w:rsidRPr="00C64952" w:rsidRDefault="00A65A41">
      <w:pPr>
        <w:pStyle w:val="Punktliste"/>
        <w:spacing w:after="80"/>
        <w:rPr>
          <w:lang w:val="nb-NO"/>
        </w:rPr>
      </w:pPr>
      <w:r>
        <w:rPr>
          <w:lang w:val="nb-NO"/>
        </w:rPr>
        <w:t>T</w:t>
      </w:r>
      <w:r w:rsidR="00402795" w:rsidRPr="00C64952">
        <w:rPr>
          <w:lang w:val="nb-NO"/>
        </w:rPr>
        <w:t>ydelige mål, gode tilbakemeldinger og elevmedvirkning</w:t>
      </w:r>
    </w:p>
    <w:p w14:paraId="6F1A18E4" w14:textId="77777777" w:rsidR="007738B2" w:rsidRPr="00C64952" w:rsidRDefault="00A65A41">
      <w:pPr>
        <w:pStyle w:val="Punktliste"/>
        <w:spacing w:after="80"/>
        <w:rPr>
          <w:lang w:val="nb-NO"/>
        </w:rPr>
      </w:pPr>
      <w:r>
        <w:rPr>
          <w:lang w:val="nb-NO"/>
        </w:rPr>
        <w:t>S</w:t>
      </w:r>
      <w:r w:rsidR="00402795" w:rsidRPr="00C64952">
        <w:rPr>
          <w:lang w:val="nb-NO"/>
        </w:rPr>
        <w:t>ystematisk arbeid med lesing, skriving og regning i fagene</w:t>
      </w:r>
    </w:p>
    <w:p w14:paraId="5739D698" w14:textId="77777777" w:rsidR="007738B2" w:rsidRPr="00C64952" w:rsidRDefault="00A65A41">
      <w:pPr>
        <w:pStyle w:val="Punktliste"/>
        <w:spacing w:after="80"/>
        <w:rPr>
          <w:lang w:val="nb-NO"/>
        </w:rPr>
      </w:pPr>
      <w:r>
        <w:rPr>
          <w:lang w:val="nb-NO"/>
        </w:rPr>
        <w:t>K</w:t>
      </w:r>
      <w:r w:rsidR="00402795" w:rsidRPr="00C64952">
        <w:rPr>
          <w:lang w:val="nb-NO"/>
        </w:rPr>
        <w:t>artlegging som følges av analyse, tiltak og evaluering</w:t>
      </w:r>
    </w:p>
    <w:p w14:paraId="60EA5CA9" w14:textId="77777777" w:rsidR="007738B2" w:rsidRPr="00C64952" w:rsidRDefault="00AF5A21">
      <w:pPr>
        <w:pStyle w:val="Punktliste"/>
        <w:spacing w:after="80"/>
        <w:rPr>
          <w:lang w:val="nb-NO"/>
        </w:rPr>
      </w:pPr>
      <w:r>
        <w:rPr>
          <w:lang w:val="nb-NO"/>
        </w:rPr>
        <w:t>D</w:t>
      </w:r>
      <w:r w:rsidR="00402795" w:rsidRPr="00C64952">
        <w:rPr>
          <w:lang w:val="nb-NO"/>
        </w:rPr>
        <w:t>eling og utprøving av pedagogisk praksis i profesjonsfellesskapet</w:t>
      </w:r>
    </w:p>
    <w:p w14:paraId="19F19843" w14:textId="77777777" w:rsidR="001A4EC7" w:rsidRPr="00DC2C05" w:rsidRDefault="00A4555B">
      <w:pPr>
        <w:pStyle w:val="Overskrift3"/>
        <w:rPr>
          <w:lang w:val="nb-NO"/>
        </w:rPr>
      </w:pPr>
      <w:r w:rsidRPr="00DC2C05">
        <w:rPr>
          <w:lang w:val="nb-NO"/>
        </w:rPr>
        <w:t>Lesing og utvikling av skolebibliotek</w:t>
      </w:r>
    </w:p>
    <w:p w14:paraId="646B0626" w14:textId="77777777" w:rsidR="001A4EC7" w:rsidRPr="00DC2C05" w:rsidRDefault="00A4555B">
      <w:pPr>
        <w:rPr>
          <w:lang w:val="nb-NO"/>
        </w:rPr>
      </w:pPr>
      <w:r w:rsidRPr="00DC2C05">
        <w:rPr>
          <w:lang w:val="nb-NO"/>
        </w:rPr>
        <w:t xml:space="preserve">Lesing er en grunnleggende ferdighet og et felles ansvar i alle fag. Batnfjord </w:t>
      </w:r>
      <w:proofErr w:type="spellStart"/>
      <w:r w:rsidRPr="00DC2C05">
        <w:rPr>
          <w:lang w:val="nb-NO"/>
        </w:rPr>
        <w:t>skule</w:t>
      </w:r>
      <w:proofErr w:type="spellEnd"/>
      <w:r w:rsidRPr="00DC2C05">
        <w:rPr>
          <w:lang w:val="nb-NO"/>
        </w:rPr>
        <w:t xml:space="preserve"> skal styrke elevenes leseferdigheter, leselyst og tilgang til et variert og aktuelt utvalg av litteratur gjennom hele skoleløpet.</w:t>
      </w:r>
    </w:p>
    <w:p w14:paraId="78D7C867" w14:textId="77777777" w:rsidR="001A4EC7" w:rsidRPr="00DC2C05" w:rsidRDefault="00A4555B">
      <w:pPr>
        <w:rPr>
          <w:lang w:val="nb-NO"/>
        </w:rPr>
      </w:pPr>
      <w:r w:rsidRPr="00DC2C05">
        <w:rPr>
          <w:lang w:val="nb-NO"/>
        </w:rPr>
        <w:t>Skolen har i dag ikke eget skolebibliotek, men bruker det lokale folkebiblioteket, som er en viktig samarbeidspartner. Begrensede åpningstider gjør det samtidig vanskelig å sikre fleksibel tilgang til litteratur gjennom hele skoledagen. Skolen ønsker derfor å utvikle et eget skolebibliotek som kan brukes aktivt i opplæringen, og vil søke deltakelse i Kulturrådets skolebibliotekordning for perioden 2027–2029.</w:t>
      </w:r>
    </w:p>
    <w:p w14:paraId="09300724" w14:textId="77777777" w:rsidR="001A4EC7" w:rsidRPr="00DC2C05" w:rsidRDefault="00A4555B">
      <w:pPr>
        <w:rPr>
          <w:lang w:val="nb-NO"/>
        </w:rPr>
      </w:pPr>
      <w:r w:rsidRPr="00DC2C05">
        <w:rPr>
          <w:lang w:val="nb-NO"/>
        </w:rPr>
        <w:t>Vår visjon er at alle elever skal ha enkel og likeverdig tilgang til litteratur som vekker nysgjerrighet, gir leseglede og utvikler språk, kunnskap og kritisk tenkning.</w:t>
      </w:r>
    </w:p>
    <w:p w14:paraId="128E9CF7" w14:textId="77777777" w:rsidR="001A4EC7" w:rsidRPr="00DC2C05" w:rsidRDefault="00A4555B">
      <w:pPr>
        <w:pStyle w:val="Punktliste"/>
        <w:rPr>
          <w:lang w:val="nb-NO"/>
        </w:rPr>
      </w:pPr>
      <w:r w:rsidRPr="00DC2C05">
        <w:rPr>
          <w:lang w:val="nb-NO"/>
        </w:rPr>
        <w:t>Regelmessig tilgang til bøker i elevenes skolehverdag</w:t>
      </w:r>
    </w:p>
    <w:p w14:paraId="04285BA4" w14:textId="77777777" w:rsidR="001A4EC7" w:rsidRPr="00DC2C05" w:rsidRDefault="00A4555B">
      <w:pPr>
        <w:pStyle w:val="Punktliste"/>
        <w:rPr>
          <w:lang w:val="nb-NO"/>
        </w:rPr>
      </w:pPr>
      <w:r w:rsidRPr="00DC2C05">
        <w:rPr>
          <w:lang w:val="nb-NO"/>
        </w:rPr>
        <w:t>Formidling av ny og variert barne- og ungdomslitteratur</w:t>
      </w:r>
    </w:p>
    <w:p w14:paraId="1B5066FD" w14:textId="77777777" w:rsidR="001A4EC7" w:rsidRPr="00DC2C05" w:rsidRDefault="00A4555B">
      <w:pPr>
        <w:pStyle w:val="Punktliste"/>
        <w:rPr>
          <w:lang w:val="nb-NO"/>
        </w:rPr>
      </w:pPr>
      <w:r w:rsidRPr="00DC2C05">
        <w:rPr>
          <w:lang w:val="nb-NO"/>
        </w:rPr>
        <w:t>Elevmedvirkning i valg, organisering og formidling av bøker</w:t>
      </w:r>
    </w:p>
    <w:p w14:paraId="768BCB87" w14:textId="77777777" w:rsidR="001A4EC7" w:rsidRPr="00DC2C05" w:rsidRDefault="00A4555B">
      <w:pPr>
        <w:pStyle w:val="Punktliste"/>
        <w:rPr>
          <w:lang w:val="nb-NO"/>
        </w:rPr>
      </w:pPr>
      <w:r w:rsidRPr="00DC2C05">
        <w:rPr>
          <w:lang w:val="nb-NO"/>
        </w:rPr>
        <w:t>Lesestimulerende aktiviteter på tvers av trinn og fag</w:t>
      </w:r>
    </w:p>
    <w:p w14:paraId="6C0BEF27" w14:textId="77777777" w:rsidR="001A4EC7" w:rsidRPr="00DC2C05" w:rsidRDefault="00A4555B">
      <w:pPr>
        <w:pStyle w:val="Punktliste"/>
        <w:rPr>
          <w:lang w:val="nb-NO"/>
        </w:rPr>
      </w:pPr>
      <w:r w:rsidRPr="00DC2C05">
        <w:rPr>
          <w:lang w:val="nb-NO"/>
        </w:rPr>
        <w:t>Samarbeid med folkebiblioteket og utvikling av en langsiktig plan for skolebiblioteket</w:t>
      </w:r>
    </w:p>
    <w:p w14:paraId="20E2A7C7" w14:textId="77777777" w:rsidR="007738B2" w:rsidRPr="00C64952" w:rsidRDefault="00402795">
      <w:pPr>
        <w:pStyle w:val="Overskrift2"/>
        <w:rPr>
          <w:lang w:val="nb-NO"/>
        </w:rPr>
      </w:pPr>
      <w:r w:rsidRPr="00C64952">
        <w:rPr>
          <w:lang w:val="nb-NO"/>
        </w:rPr>
        <w:t>3. Støttetiltak og rammer</w:t>
      </w:r>
    </w:p>
    <w:p w14:paraId="324B3378" w14:textId="77777777" w:rsidR="007738B2" w:rsidRDefault="00402795">
      <w:r w:rsidRPr="00C64952">
        <w:rPr>
          <w:lang w:val="nb-NO"/>
        </w:rPr>
        <w:t xml:space="preserve">Skolen skal oppdage behov tidlig og gi støtte så nært det ordinære læringsfellesskapet som mulig. </w:t>
      </w:r>
      <w:proofErr w:type="spellStart"/>
      <w:r>
        <w:t>Tiltak</w:t>
      </w:r>
      <w:proofErr w:type="spellEnd"/>
      <w:r>
        <w:t xml:space="preserve"> </w:t>
      </w:r>
      <w:proofErr w:type="spellStart"/>
      <w:r>
        <w:t>skal</w:t>
      </w:r>
      <w:proofErr w:type="spellEnd"/>
      <w:r>
        <w:t xml:space="preserve"> </w:t>
      </w:r>
      <w:proofErr w:type="spellStart"/>
      <w:r>
        <w:t>være</w:t>
      </w:r>
      <w:proofErr w:type="spellEnd"/>
      <w:r>
        <w:t xml:space="preserve"> </w:t>
      </w:r>
      <w:proofErr w:type="spellStart"/>
      <w:r>
        <w:t>målrettede</w:t>
      </w:r>
      <w:proofErr w:type="spellEnd"/>
      <w:r>
        <w:t>, forståelige og evaluerbare.</w:t>
      </w:r>
    </w:p>
    <w:p w14:paraId="0A024296" w14:textId="77777777" w:rsidR="007738B2" w:rsidRPr="00C64952" w:rsidRDefault="00AF5A21">
      <w:pPr>
        <w:pStyle w:val="Punktliste"/>
        <w:spacing w:after="80"/>
        <w:rPr>
          <w:lang w:val="nb-NO"/>
        </w:rPr>
      </w:pPr>
      <w:r>
        <w:rPr>
          <w:lang w:val="nb-NO"/>
        </w:rPr>
        <w:t>F</w:t>
      </w:r>
      <w:r w:rsidR="00402795" w:rsidRPr="00C64952">
        <w:rPr>
          <w:lang w:val="nb-NO"/>
        </w:rPr>
        <w:t>elles forståelse av tilpasset opplæring og støttetiltak</w:t>
      </w:r>
    </w:p>
    <w:p w14:paraId="13C12C9E" w14:textId="77777777" w:rsidR="007738B2" w:rsidRPr="00C64952" w:rsidRDefault="00AF5A21">
      <w:pPr>
        <w:pStyle w:val="Punktliste"/>
        <w:spacing w:after="80"/>
        <w:rPr>
          <w:lang w:val="nb-NO"/>
        </w:rPr>
      </w:pPr>
      <w:r>
        <w:rPr>
          <w:lang w:val="nb-NO"/>
        </w:rPr>
        <w:t>T</w:t>
      </w:r>
      <w:r w:rsidR="00402795" w:rsidRPr="00C64952">
        <w:rPr>
          <w:lang w:val="nb-NO"/>
        </w:rPr>
        <w:t>ydelige rutiner og ansvarsfordeling når elever strever</w:t>
      </w:r>
    </w:p>
    <w:p w14:paraId="74D95EBF" w14:textId="77777777" w:rsidR="007738B2" w:rsidRPr="00C64952" w:rsidRDefault="00AF5A21">
      <w:pPr>
        <w:pStyle w:val="Punktliste"/>
        <w:spacing w:after="80"/>
        <w:rPr>
          <w:lang w:val="nb-NO"/>
        </w:rPr>
      </w:pPr>
      <w:r>
        <w:rPr>
          <w:lang w:val="nb-NO"/>
        </w:rPr>
        <w:t>S</w:t>
      </w:r>
      <w:r w:rsidR="00402795" w:rsidRPr="00C64952">
        <w:rPr>
          <w:lang w:val="nb-NO"/>
        </w:rPr>
        <w:t xml:space="preserve">ystematisk oppfølging av fravær </w:t>
      </w:r>
    </w:p>
    <w:p w14:paraId="5214ABD0" w14:textId="77777777" w:rsidR="007738B2" w:rsidRPr="00C64952" w:rsidRDefault="00776D94">
      <w:pPr>
        <w:pStyle w:val="Punktliste"/>
        <w:spacing w:after="80"/>
        <w:rPr>
          <w:lang w:val="nb-NO"/>
        </w:rPr>
      </w:pPr>
      <w:r>
        <w:rPr>
          <w:lang w:val="nb-NO"/>
        </w:rPr>
        <w:lastRenderedPageBreak/>
        <w:t>S</w:t>
      </w:r>
      <w:r w:rsidR="00402795" w:rsidRPr="00C64952">
        <w:rPr>
          <w:lang w:val="nb-NO"/>
        </w:rPr>
        <w:t>amarbeid med elev, foresatte og aktuelle støttetjenester</w:t>
      </w:r>
    </w:p>
    <w:p w14:paraId="7E103016" w14:textId="77777777" w:rsidR="007738B2" w:rsidRDefault="00776D94">
      <w:pPr>
        <w:pStyle w:val="Punktliste"/>
        <w:spacing w:after="80"/>
      </w:pPr>
      <w:proofErr w:type="spellStart"/>
      <w:r>
        <w:t>V</w:t>
      </w:r>
      <w:r w:rsidR="00402795">
        <w:t>idereutvikling</w:t>
      </w:r>
      <w:proofErr w:type="spellEnd"/>
      <w:r w:rsidR="00402795">
        <w:t xml:space="preserve"> av </w:t>
      </w:r>
      <w:proofErr w:type="spellStart"/>
      <w:r w:rsidR="00402795">
        <w:t>skolens</w:t>
      </w:r>
      <w:proofErr w:type="spellEnd"/>
      <w:r w:rsidR="00402795">
        <w:t xml:space="preserve"> </w:t>
      </w:r>
      <w:proofErr w:type="spellStart"/>
      <w:r w:rsidR="00402795">
        <w:t>fysiske</w:t>
      </w:r>
      <w:proofErr w:type="spellEnd"/>
      <w:r w:rsidR="00402795">
        <w:t xml:space="preserve"> </w:t>
      </w:r>
      <w:proofErr w:type="spellStart"/>
      <w:r w:rsidR="00402795">
        <w:t>læringsmiljø</w:t>
      </w:r>
      <w:proofErr w:type="spellEnd"/>
    </w:p>
    <w:p w14:paraId="4E11C0EA" w14:textId="77777777" w:rsidR="00776D94" w:rsidRDefault="00776D94" w:rsidP="00776D94">
      <w:pPr>
        <w:pStyle w:val="Punktliste"/>
        <w:numPr>
          <w:ilvl w:val="0"/>
          <w:numId w:val="0"/>
        </w:numPr>
        <w:spacing w:after="80"/>
        <w:ind w:left="360"/>
      </w:pPr>
    </w:p>
    <w:tbl>
      <w:tblPr>
        <w:tblW w:w="9411" w:type="dxa"/>
        <w:jc w:val="center"/>
        <w:tblLayout w:type="fixed"/>
        <w:tblLook w:val="04A0" w:firstRow="1" w:lastRow="0" w:firstColumn="1" w:lastColumn="0" w:noHBand="0" w:noVBand="1"/>
      </w:tblPr>
      <w:tblGrid>
        <w:gridCol w:w="9411"/>
      </w:tblGrid>
      <w:tr w:rsidR="007738B2" w:rsidRPr="00707FC6" w14:paraId="59178922" w14:textId="77777777">
        <w:trPr>
          <w:tblHeader/>
          <w:jc w:val="center"/>
        </w:trPr>
        <w:tc>
          <w:tcPr>
            <w:tcW w:w="9411" w:type="dxa"/>
            <w:shd w:val="clear" w:color="auto" w:fill="EAF3EA"/>
            <w:tcMar>
              <w:top w:w="90" w:type="dxa"/>
              <w:left w:w="120" w:type="dxa"/>
              <w:bottom w:w="90" w:type="dxa"/>
              <w:right w:w="120" w:type="dxa"/>
            </w:tcMar>
            <w:vAlign w:val="center"/>
          </w:tcPr>
          <w:p w14:paraId="1A22B3D7" w14:textId="77777777" w:rsidR="007738B2" w:rsidRDefault="00402795">
            <w:pPr>
              <w:spacing w:after="60"/>
            </w:pPr>
            <w:r>
              <w:rPr>
                <w:b/>
                <w:color w:val="173B57"/>
                <w:sz w:val="22"/>
              </w:rPr>
              <w:t>Det fysiske læringsmiljøet</w:t>
            </w:r>
          </w:p>
          <w:p w14:paraId="405A08FC" w14:textId="77777777" w:rsidR="007738B2" w:rsidRPr="00C64952" w:rsidRDefault="00402795">
            <w:pPr>
              <w:spacing w:after="0"/>
              <w:rPr>
                <w:lang w:val="nb-NO"/>
              </w:rPr>
            </w:pPr>
            <w:r w:rsidRPr="00C64952">
              <w:rPr>
                <w:lang w:val="nb-NO"/>
              </w:rPr>
              <w:t>Skolen viderefører arbeidet med funksjonelle, oversiktlige og inkluderende læringsarenaer. Rom, utstyr og organisering skal støtte læring, trygghet, deltakelse og behovet for variasjon. Elevenes og de ansattes erfaringer brukes i vurdering og utvikling av miljøet.</w:t>
            </w:r>
          </w:p>
        </w:tc>
      </w:tr>
    </w:tbl>
    <w:p w14:paraId="76F4B22B" w14:textId="77777777" w:rsidR="007738B2" w:rsidRPr="00C64952" w:rsidRDefault="007738B2">
      <w:pPr>
        <w:spacing w:after="0"/>
        <w:rPr>
          <w:lang w:val="nb-NO"/>
        </w:rPr>
      </w:pPr>
    </w:p>
    <w:p w14:paraId="24640D24" w14:textId="77777777" w:rsidR="007738B2" w:rsidRPr="00C64952" w:rsidRDefault="00402795">
      <w:pPr>
        <w:pStyle w:val="Overskrift1"/>
        <w:rPr>
          <w:lang w:val="nb-NO"/>
        </w:rPr>
      </w:pPr>
      <w:r w:rsidRPr="00C64952">
        <w:rPr>
          <w:lang w:val="nb-NO"/>
        </w:rPr>
        <w:t>Teambasert utviklingsarbeid</w:t>
      </w:r>
    </w:p>
    <w:p w14:paraId="2D58D8C0" w14:textId="77777777" w:rsidR="007738B2" w:rsidRPr="00C64952" w:rsidRDefault="00402795">
      <w:pPr>
        <w:pStyle w:val="Lead"/>
        <w:rPr>
          <w:lang w:val="nb-NO"/>
        </w:rPr>
      </w:pPr>
      <w:r w:rsidRPr="00C64952">
        <w:rPr>
          <w:lang w:val="nb-NO"/>
        </w:rPr>
        <w:t>Felles retning kombineres med utviklingsarbeid som er tilpasset elevenes alder og behov. Teamene arbeider systematisk med utprøving, erfaringsdeling og evaluering gjennom skoleåret.</w:t>
      </w:r>
    </w:p>
    <w:tbl>
      <w:tblPr>
        <w:tblStyle w:val="Tabellrutenett"/>
        <w:tblW w:w="9411" w:type="dxa"/>
        <w:jc w:val="center"/>
        <w:tblLayout w:type="fixed"/>
        <w:tblLook w:val="04A0" w:firstRow="1" w:lastRow="0" w:firstColumn="1" w:lastColumn="0" w:noHBand="0" w:noVBand="1"/>
      </w:tblPr>
      <w:tblGrid>
        <w:gridCol w:w="1700"/>
        <w:gridCol w:w="3005"/>
        <w:gridCol w:w="4706"/>
      </w:tblGrid>
      <w:tr w:rsidR="007738B2" w14:paraId="2738490E" w14:textId="77777777">
        <w:trPr>
          <w:tblHeader/>
          <w:jc w:val="center"/>
        </w:trPr>
        <w:tc>
          <w:tcPr>
            <w:tcW w:w="1700" w:type="dxa"/>
            <w:shd w:val="clear" w:color="auto" w:fill="173B57"/>
            <w:tcMar>
              <w:top w:w="90" w:type="dxa"/>
              <w:left w:w="120" w:type="dxa"/>
              <w:bottom w:w="90" w:type="dxa"/>
              <w:right w:w="120" w:type="dxa"/>
            </w:tcMar>
            <w:vAlign w:val="center"/>
          </w:tcPr>
          <w:p w14:paraId="447FF9D8" w14:textId="77777777" w:rsidR="007738B2" w:rsidRDefault="00402795">
            <w:pPr>
              <w:spacing w:after="0"/>
            </w:pPr>
            <w:proofErr w:type="spellStart"/>
            <w:r>
              <w:rPr>
                <w:b/>
                <w:color w:val="FFFFFF"/>
                <w:sz w:val="18"/>
              </w:rPr>
              <w:t>Trinn</w:t>
            </w:r>
            <w:proofErr w:type="spellEnd"/>
          </w:p>
        </w:tc>
        <w:tc>
          <w:tcPr>
            <w:tcW w:w="3004" w:type="dxa"/>
            <w:shd w:val="clear" w:color="auto" w:fill="173B57"/>
            <w:tcMar>
              <w:top w:w="90" w:type="dxa"/>
              <w:left w:w="120" w:type="dxa"/>
              <w:bottom w:w="90" w:type="dxa"/>
              <w:right w:w="120" w:type="dxa"/>
            </w:tcMar>
            <w:vAlign w:val="center"/>
          </w:tcPr>
          <w:p w14:paraId="7CA0A0DE" w14:textId="77777777" w:rsidR="007738B2" w:rsidRDefault="00402795">
            <w:pPr>
              <w:spacing w:after="0"/>
            </w:pPr>
            <w:r>
              <w:rPr>
                <w:b/>
                <w:color w:val="FFFFFF"/>
                <w:sz w:val="18"/>
              </w:rPr>
              <w:t>Prioritert utviklingsområde</w:t>
            </w:r>
          </w:p>
        </w:tc>
        <w:tc>
          <w:tcPr>
            <w:tcW w:w="4705" w:type="dxa"/>
            <w:shd w:val="clear" w:color="auto" w:fill="173B57"/>
            <w:tcMar>
              <w:top w:w="90" w:type="dxa"/>
              <w:left w:w="120" w:type="dxa"/>
              <w:bottom w:w="90" w:type="dxa"/>
              <w:right w:w="120" w:type="dxa"/>
            </w:tcMar>
            <w:vAlign w:val="center"/>
          </w:tcPr>
          <w:p w14:paraId="394856D7" w14:textId="77777777" w:rsidR="007738B2" w:rsidRDefault="00402795">
            <w:pPr>
              <w:spacing w:after="0"/>
            </w:pPr>
            <w:r>
              <w:rPr>
                <w:b/>
                <w:color w:val="FFFFFF"/>
                <w:sz w:val="18"/>
              </w:rPr>
              <w:t>Retning for arbeidet</w:t>
            </w:r>
          </w:p>
        </w:tc>
      </w:tr>
      <w:tr w:rsidR="007738B2" w:rsidRPr="00707FC6" w14:paraId="12EA8B53" w14:textId="77777777">
        <w:trPr>
          <w:jc w:val="center"/>
        </w:trPr>
        <w:tc>
          <w:tcPr>
            <w:tcW w:w="1700" w:type="dxa"/>
            <w:tcMar>
              <w:top w:w="90" w:type="dxa"/>
              <w:left w:w="120" w:type="dxa"/>
              <w:bottom w:w="90" w:type="dxa"/>
              <w:right w:w="120" w:type="dxa"/>
            </w:tcMar>
            <w:vAlign w:val="center"/>
          </w:tcPr>
          <w:p w14:paraId="3557547C" w14:textId="77777777" w:rsidR="007738B2" w:rsidRDefault="00402795">
            <w:pPr>
              <w:spacing w:after="0" w:line="252" w:lineRule="auto"/>
            </w:pPr>
            <w:r>
              <w:rPr>
                <w:sz w:val="18"/>
              </w:rPr>
              <w:t>Småtrinnet</w:t>
            </w:r>
          </w:p>
        </w:tc>
        <w:tc>
          <w:tcPr>
            <w:tcW w:w="3004" w:type="dxa"/>
            <w:tcMar>
              <w:top w:w="90" w:type="dxa"/>
              <w:left w:w="120" w:type="dxa"/>
              <w:bottom w:w="90" w:type="dxa"/>
              <w:right w:w="120" w:type="dxa"/>
            </w:tcMar>
            <w:vAlign w:val="center"/>
          </w:tcPr>
          <w:p w14:paraId="7250EDF0" w14:textId="77777777" w:rsidR="007738B2" w:rsidRPr="00C64952" w:rsidRDefault="00402795">
            <w:pPr>
              <w:spacing w:after="0" w:line="252" w:lineRule="auto"/>
              <w:rPr>
                <w:lang w:val="nb-NO"/>
              </w:rPr>
            </w:pPr>
            <w:r w:rsidRPr="00C64952">
              <w:rPr>
                <w:sz w:val="18"/>
                <w:lang w:val="nb-NO"/>
              </w:rPr>
              <w:t>Grunnleggende ferdigheter og tidlig innsats</w:t>
            </w:r>
          </w:p>
        </w:tc>
        <w:tc>
          <w:tcPr>
            <w:tcW w:w="4705" w:type="dxa"/>
            <w:tcMar>
              <w:top w:w="90" w:type="dxa"/>
              <w:left w:w="120" w:type="dxa"/>
              <w:bottom w:w="90" w:type="dxa"/>
              <w:right w:w="120" w:type="dxa"/>
            </w:tcMar>
            <w:vAlign w:val="center"/>
          </w:tcPr>
          <w:p w14:paraId="25C508AD" w14:textId="77777777" w:rsidR="007738B2" w:rsidRPr="00C64952" w:rsidRDefault="00402795">
            <w:pPr>
              <w:spacing w:after="0" w:line="252" w:lineRule="auto"/>
              <w:rPr>
                <w:lang w:val="nb-NO"/>
              </w:rPr>
            </w:pPr>
            <w:r w:rsidRPr="00C64952">
              <w:rPr>
                <w:sz w:val="18"/>
                <w:lang w:val="nb-NO"/>
              </w:rPr>
              <w:t>Tidlig oppdagelse, systematisk oppfølging og engasjerende arbeid med lesing, skriving og regning.</w:t>
            </w:r>
          </w:p>
        </w:tc>
      </w:tr>
      <w:tr w:rsidR="007738B2" w:rsidRPr="00707FC6" w14:paraId="73A8A637" w14:textId="77777777">
        <w:trPr>
          <w:jc w:val="center"/>
        </w:trPr>
        <w:tc>
          <w:tcPr>
            <w:tcW w:w="1700" w:type="dxa"/>
            <w:shd w:val="clear" w:color="auto" w:fill="F3F5F6"/>
            <w:tcMar>
              <w:top w:w="90" w:type="dxa"/>
              <w:left w:w="120" w:type="dxa"/>
              <w:bottom w:w="90" w:type="dxa"/>
              <w:right w:w="120" w:type="dxa"/>
            </w:tcMar>
            <w:vAlign w:val="center"/>
          </w:tcPr>
          <w:p w14:paraId="4AEFA4A7" w14:textId="77777777" w:rsidR="007738B2" w:rsidRDefault="00402795">
            <w:pPr>
              <w:spacing w:after="0" w:line="252" w:lineRule="auto"/>
            </w:pPr>
            <w:proofErr w:type="spellStart"/>
            <w:r>
              <w:rPr>
                <w:sz w:val="18"/>
              </w:rPr>
              <w:t>Mellomtrinnet</w:t>
            </w:r>
            <w:proofErr w:type="spellEnd"/>
          </w:p>
        </w:tc>
        <w:tc>
          <w:tcPr>
            <w:tcW w:w="3004" w:type="dxa"/>
            <w:shd w:val="clear" w:color="auto" w:fill="F3F5F6"/>
            <w:tcMar>
              <w:top w:w="90" w:type="dxa"/>
              <w:left w:w="120" w:type="dxa"/>
              <w:bottom w:w="90" w:type="dxa"/>
              <w:right w:w="120" w:type="dxa"/>
            </w:tcMar>
            <w:vAlign w:val="center"/>
          </w:tcPr>
          <w:p w14:paraId="668C68AB" w14:textId="77777777" w:rsidR="007738B2" w:rsidRDefault="00402795">
            <w:pPr>
              <w:spacing w:after="0" w:line="252" w:lineRule="auto"/>
            </w:pPr>
            <w:r>
              <w:rPr>
                <w:sz w:val="18"/>
              </w:rPr>
              <w:t>Profesjonsfellesskap og samarbeid</w:t>
            </w:r>
          </w:p>
        </w:tc>
        <w:tc>
          <w:tcPr>
            <w:tcW w:w="4705" w:type="dxa"/>
            <w:shd w:val="clear" w:color="auto" w:fill="F3F5F6"/>
            <w:tcMar>
              <w:top w:w="90" w:type="dxa"/>
              <w:left w:w="120" w:type="dxa"/>
              <w:bottom w:w="90" w:type="dxa"/>
              <w:right w:w="120" w:type="dxa"/>
            </w:tcMar>
            <w:vAlign w:val="center"/>
          </w:tcPr>
          <w:p w14:paraId="33984555" w14:textId="77777777" w:rsidR="007738B2" w:rsidRPr="00C64952" w:rsidRDefault="00402795">
            <w:pPr>
              <w:spacing w:after="0" w:line="252" w:lineRule="auto"/>
              <w:rPr>
                <w:lang w:val="nb-NO"/>
              </w:rPr>
            </w:pPr>
            <w:r w:rsidRPr="00C64952">
              <w:rPr>
                <w:sz w:val="18"/>
                <w:lang w:val="nb-NO"/>
              </w:rPr>
              <w:t>Mer strukturert felles planlegging, deling av praksis og samarbeid om elevgrupper og undervisning.</w:t>
            </w:r>
          </w:p>
        </w:tc>
      </w:tr>
      <w:tr w:rsidR="007738B2" w:rsidRPr="00707FC6" w14:paraId="537C4451" w14:textId="77777777">
        <w:trPr>
          <w:jc w:val="center"/>
        </w:trPr>
        <w:tc>
          <w:tcPr>
            <w:tcW w:w="1700" w:type="dxa"/>
            <w:tcMar>
              <w:top w:w="90" w:type="dxa"/>
              <w:left w:w="120" w:type="dxa"/>
              <w:bottom w:w="90" w:type="dxa"/>
              <w:right w:w="120" w:type="dxa"/>
            </w:tcMar>
            <w:vAlign w:val="center"/>
          </w:tcPr>
          <w:p w14:paraId="27FD921B" w14:textId="77777777" w:rsidR="007738B2" w:rsidRDefault="00402795">
            <w:pPr>
              <w:spacing w:after="0" w:line="252" w:lineRule="auto"/>
            </w:pPr>
            <w:proofErr w:type="spellStart"/>
            <w:r>
              <w:rPr>
                <w:sz w:val="18"/>
              </w:rPr>
              <w:t>Ungdomstrinnet</w:t>
            </w:r>
            <w:proofErr w:type="spellEnd"/>
          </w:p>
        </w:tc>
        <w:tc>
          <w:tcPr>
            <w:tcW w:w="3004" w:type="dxa"/>
            <w:tcMar>
              <w:top w:w="90" w:type="dxa"/>
              <w:left w:w="120" w:type="dxa"/>
              <w:bottom w:w="90" w:type="dxa"/>
              <w:right w:w="120" w:type="dxa"/>
            </w:tcMar>
            <w:vAlign w:val="center"/>
          </w:tcPr>
          <w:p w14:paraId="45DACEAE" w14:textId="77777777" w:rsidR="007738B2" w:rsidRDefault="00402795">
            <w:pPr>
              <w:spacing w:after="0" w:line="252" w:lineRule="auto"/>
            </w:pPr>
            <w:r>
              <w:rPr>
                <w:sz w:val="18"/>
              </w:rPr>
              <w:t>Undervisningskvalitet, relevans og variasjon</w:t>
            </w:r>
          </w:p>
        </w:tc>
        <w:tc>
          <w:tcPr>
            <w:tcW w:w="4705" w:type="dxa"/>
            <w:tcMar>
              <w:top w:w="90" w:type="dxa"/>
              <w:left w:w="120" w:type="dxa"/>
              <w:bottom w:w="90" w:type="dxa"/>
              <w:right w:w="120" w:type="dxa"/>
            </w:tcMar>
            <w:vAlign w:val="center"/>
          </w:tcPr>
          <w:p w14:paraId="7637BDE0" w14:textId="77777777" w:rsidR="007738B2" w:rsidRPr="00C64952" w:rsidRDefault="00402795">
            <w:pPr>
              <w:spacing w:after="0" w:line="252" w:lineRule="auto"/>
              <w:rPr>
                <w:lang w:val="nb-NO"/>
              </w:rPr>
            </w:pPr>
            <w:r w:rsidRPr="00C64952">
              <w:rPr>
                <w:sz w:val="18"/>
                <w:lang w:val="nb-NO"/>
              </w:rPr>
              <w:t>Undervisning som fremmer motivasjon, deltakelse, faglig utholdenhet og opplevd relevans.</w:t>
            </w:r>
          </w:p>
        </w:tc>
      </w:tr>
    </w:tbl>
    <w:p w14:paraId="6155C0B3" w14:textId="77777777" w:rsidR="007738B2" w:rsidRPr="00C64952" w:rsidRDefault="007738B2">
      <w:pPr>
        <w:spacing w:after="0"/>
        <w:rPr>
          <w:lang w:val="nb-NO"/>
        </w:rPr>
      </w:pPr>
    </w:p>
    <w:p w14:paraId="31CE74BC" w14:textId="77777777" w:rsidR="007738B2" w:rsidRDefault="00402795">
      <w:pPr>
        <w:pStyle w:val="Overskrift2"/>
      </w:pPr>
      <w:proofErr w:type="spellStart"/>
      <w:r>
        <w:t>Slik</w:t>
      </w:r>
      <w:proofErr w:type="spellEnd"/>
      <w:r>
        <w:t xml:space="preserve"> </w:t>
      </w:r>
      <w:proofErr w:type="spellStart"/>
      <w:r>
        <w:t>arbeider</w:t>
      </w:r>
      <w:proofErr w:type="spellEnd"/>
      <w:r>
        <w:t xml:space="preserve"> vi med utvikling</w:t>
      </w:r>
    </w:p>
    <w:p w14:paraId="586124BD" w14:textId="77777777" w:rsidR="007738B2" w:rsidRPr="00C64952" w:rsidRDefault="00402795">
      <w:pPr>
        <w:pStyle w:val="Punktliste"/>
        <w:spacing w:after="80"/>
        <w:rPr>
          <w:lang w:val="nb-NO"/>
        </w:rPr>
      </w:pPr>
      <w:r w:rsidRPr="00C64952">
        <w:rPr>
          <w:lang w:val="nb-NO"/>
        </w:rPr>
        <w:t>Vi prioriterer få områder over tid og følger dem opp systematisk.</w:t>
      </w:r>
    </w:p>
    <w:p w14:paraId="21CB5BB3" w14:textId="77777777" w:rsidR="007738B2" w:rsidRPr="00C64952" w:rsidRDefault="00402795">
      <w:pPr>
        <w:pStyle w:val="Punktliste"/>
        <w:spacing w:after="80"/>
        <w:rPr>
          <w:lang w:val="nb-NO"/>
        </w:rPr>
      </w:pPr>
      <w:r w:rsidRPr="00C64952">
        <w:rPr>
          <w:lang w:val="nb-NO"/>
        </w:rPr>
        <w:t>Vi planlegger, prøver ut, deler erfaringer og justerer praksis.</w:t>
      </w:r>
    </w:p>
    <w:p w14:paraId="1189B13B" w14:textId="77777777" w:rsidR="007738B2" w:rsidRPr="00C64952" w:rsidRDefault="00402795">
      <w:pPr>
        <w:pStyle w:val="Punktliste"/>
        <w:spacing w:after="80"/>
        <w:rPr>
          <w:lang w:val="nb-NO"/>
        </w:rPr>
      </w:pPr>
      <w:r w:rsidRPr="00C64952">
        <w:rPr>
          <w:lang w:val="nb-NO"/>
        </w:rPr>
        <w:t>Vi bruker elevstemmen, kartlegginger og observasjoner som kunnskapsgrunnlag.</w:t>
      </w:r>
    </w:p>
    <w:p w14:paraId="6A60D7AF" w14:textId="77777777" w:rsidR="007738B2" w:rsidRPr="00C64952" w:rsidRDefault="00402795">
      <w:pPr>
        <w:pStyle w:val="Punktliste"/>
        <w:spacing w:after="80"/>
        <w:rPr>
          <w:lang w:val="nb-NO"/>
        </w:rPr>
      </w:pPr>
      <w:r w:rsidRPr="00C64952">
        <w:rPr>
          <w:lang w:val="nb-NO"/>
        </w:rPr>
        <w:t>Vi søker sammenheng på tvers av trinn, samtidig som tiltak tilpasses lokalt.</w:t>
      </w:r>
    </w:p>
    <w:p w14:paraId="203F37B5" w14:textId="77777777" w:rsidR="007738B2" w:rsidRDefault="00402795">
      <w:pPr>
        <w:pStyle w:val="Punktliste"/>
        <w:spacing w:after="80"/>
        <w:rPr>
          <w:lang w:val="nb-NO"/>
        </w:rPr>
      </w:pPr>
      <w:r w:rsidRPr="00C64952">
        <w:rPr>
          <w:lang w:val="nb-NO"/>
        </w:rPr>
        <w:t>Vi evaluerer om endringene gir bedre læring, trivsel og støtte i praksis.</w:t>
      </w:r>
    </w:p>
    <w:p w14:paraId="3448DA25" w14:textId="77777777" w:rsidR="00453101" w:rsidRPr="00C64952" w:rsidRDefault="00453101" w:rsidP="00453101">
      <w:pPr>
        <w:pStyle w:val="Punktliste"/>
        <w:numPr>
          <w:ilvl w:val="0"/>
          <w:numId w:val="0"/>
        </w:numPr>
        <w:spacing w:after="80"/>
        <w:ind w:left="360"/>
        <w:rPr>
          <w:lang w:val="nb-NO"/>
        </w:rPr>
      </w:pPr>
    </w:p>
    <w:tbl>
      <w:tblPr>
        <w:tblW w:w="9411" w:type="dxa"/>
        <w:jc w:val="center"/>
        <w:tblLayout w:type="fixed"/>
        <w:tblLook w:val="04A0" w:firstRow="1" w:lastRow="0" w:firstColumn="1" w:lastColumn="0" w:noHBand="0" w:noVBand="1"/>
      </w:tblPr>
      <w:tblGrid>
        <w:gridCol w:w="9411"/>
      </w:tblGrid>
      <w:tr w:rsidR="007738B2" w:rsidRPr="00707FC6" w14:paraId="07BE2AFF" w14:textId="77777777">
        <w:trPr>
          <w:tblHeader/>
          <w:jc w:val="center"/>
        </w:trPr>
        <w:tc>
          <w:tcPr>
            <w:tcW w:w="9411" w:type="dxa"/>
            <w:shd w:val="clear" w:color="auto" w:fill="F5F0E4"/>
            <w:tcMar>
              <w:top w:w="90" w:type="dxa"/>
              <w:left w:w="120" w:type="dxa"/>
              <w:bottom w:w="90" w:type="dxa"/>
              <w:right w:w="120" w:type="dxa"/>
            </w:tcMar>
            <w:vAlign w:val="center"/>
          </w:tcPr>
          <w:p w14:paraId="69E58A8A" w14:textId="77777777" w:rsidR="007738B2" w:rsidRPr="00C64952" w:rsidRDefault="00402795">
            <w:pPr>
              <w:spacing w:after="60"/>
              <w:rPr>
                <w:lang w:val="nb-NO"/>
              </w:rPr>
            </w:pPr>
            <w:r w:rsidRPr="00C64952">
              <w:rPr>
                <w:b/>
                <w:color w:val="173B57"/>
                <w:sz w:val="22"/>
                <w:lang w:val="nb-NO"/>
              </w:rPr>
              <w:t>Felles praksis</w:t>
            </w:r>
          </w:p>
          <w:p w14:paraId="2600CCD1" w14:textId="77777777" w:rsidR="007738B2" w:rsidRPr="00C64952" w:rsidRDefault="00402795">
            <w:pPr>
              <w:spacing w:after="0"/>
              <w:rPr>
                <w:lang w:val="nb-NO"/>
              </w:rPr>
            </w:pPr>
            <w:r w:rsidRPr="00C64952">
              <w:rPr>
                <w:lang w:val="nb-NO"/>
              </w:rPr>
              <w:t>Felles praksis betyr ikke at alle gjør alt identisk. Det betyr at elever og foresatte møter en gjenkjennelig retning, avklarte forventninger og ansatte som samarbeider om skolens felles mål.</w:t>
            </w:r>
          </w:p>
        </w:tc>
      </w:tr>
    </w:tbl>
    <w:p w14:paraId="25842D8A" w14:textId="77777777" w:rsidR="007738B2" w:rsidRPr="00C64952" w:rsidRDefault="007738B2">
      <w:pPr>
        <w:spacing w:after="0"/>
        <w:rPr>
          <w:lang w:val="nb-NO"/>
        </w:rPr>
      </w:pPr>
    </w:p>
    <w:p w14:paraId="5AD3C3C0" w14:textId="77777777" w:rsidR="007738B2" w:rsidRPr="00C64952" w:rsidRDefault="00402795">
      <w:pPr>
        <w:pStyle w:val="Overskrift1"/>
        <w:rPr>
          <w:lang w:val="nb-NO"/>
        </w:rPr>
      </w:pPr>
      <w:r w:rsidRPr="00C64952">
        <w:rPr>
          <w:lang w:val="nb-NO"/>
        </w:rPr>
        <w:t>Gjennomgående innsatsområder</w:t>
      </w:r>
    </w:p>
    <w:p w14:paraId="09097492" w14:textId="77777777" w:rsidR="007738B2" w:rsidRPr="00C64952" w:rsidRDefault="00402795">
      <w:pPr>
        <w:pStyle w:val="Lead"/>
        <w:rPr>
          <w:lang w:val="nb-NO"/>
        </w:rPr>
      </w:pPr>
      <w:r w:rsidRPr="00C64952">
        <w:rPr>
          <w:lang w:val="nb-NO"/>
        </w:rPr>
        <w:t>Disse innsatsområdene gjelder på tvers av trinn, fag og utviklingsområder.</w:t>
      </w:r>
    </w:p>
    <w:p w14:paraId="4AC9B405" w14:textId="77777777" w:rsidR="007738B2" w:rsidRPr="00C64952" w:rsidRDefault="00402795">
      <w:pPr>
        <w:pStyle w:val="Overskrift2"/>
        <w:rPr>
          <w:lang w:val="nb-NO"/>
        </w:rPr>
      </w:pPr>
      <w:r w:rsidRPr="00C64952">
        <w:rPr>
          <w:lang w:val="nb-NO"/>
        </w:rPr>
        <w:t>Skole–hjem-samarbeid</w:t>
      </w:r>
    </w:p>
    <w:p w14:paraId="370BF963" w14:textId="77777777" w:rsidR="007738B2" w:rsidRPr="00C64952" w:rsidRDefault="00402795">
      <w:pPr>
        <w:rPr>
          <w:lang w:val="nb-NO"/>
        </w:rPr>
      </w:pPr>
      <w:r w:rsidRPr="00C64952">
        <w:rPr>
          <w:lang w:val="nb-NO"/>
        </w:rPr>
        <w:t>Opplæringen skal skje i samarbeid og forståelse med hjemmet. Skolen er den profesjonelle parten og skal legge til rette for et åpent, respektfullt og forutsigbart samarbeid.</w:t>
      </w:r>
    </w:p>
    <w:p w14:paraId="616B0F13" w14:textId="77777777" w:rsidR="007738B2" w:rsidRPr="00C64952" w:rsidRDefault="00DB0B60">
      <w:pPr>
        <w:pStyle w:val="Punktliste"/>
        <w:spacing w:after="80"/>
        <w:rPr>
          <w:lang w:val="nb-NO"/>
        </w:rPr>
      </w:pPr>
      <w:r>
        <w:rPr>
          <w:lang w:val="nb-NO"/>
        </w:rPr>
        <w:t>T</w:t>
      </w:r>
      <w:r w:rsidR="00402795" w:rsidRPr="00C64952">
        <w:rPr>
          <w:lang w:val="nb-NO"/>
        </w:rPr>
        <w:t>ydelig informasjon om læring, trivsel, forventninger og oppfølging</w:t>
      </w:r>
    </w:p>
    <w:p w14:paraId="632E2A03" w14:textId="77777777" w:rsidR="007738B2" w:rsidRPr="00C64952" w:rsidRDefault="00DB0B60">
      <w:pPr>
        <w:pStyle w:val="Punktliste"/>
        <w:spacing w:after="80"/>
        <w:rPr>
          <w:lang w:val="nb-NO"/>
        </w:rPr>
      </w:pPr>
      <w:r>
        <w:rPr>
          <w:lang w:val="nb-NO"/>
        </w:rPr>
        <w:lastRenderedPageBreak/>
        <w:t>T</w:t>
      </w:r>
      <w:r w:rsidR="00402795" w:rsidRPr="00C64952">
        <w:rPr>
          <w:lang w:val="nb-NO"/>
        </w:rPr>
        <w:t>idlig kontakt når skolen eller hjemmet er bekymret</w:t>
      </w:r>
    </w:p>
    <w:p w14:paraId="7D0E9452" w14:textId="77777777" w:rsidR="007738B2" w:rsidRPr="00C64952" w:rsidRDefault="00DB0B60">
      <w:pPr>
        <w:pStyle w:val="Punktliste"/>
        <w:spacing w:after="80"/>
        <w:rPr>
          <w:lang w:val="nb-NO"/>
        </w:rPr>
      </w:pPr>
      <w:r>
        <w:rPr>
          <w:lang w:val="nb-NO"/>
        </w:rPr>
        <w:t>D</w:t>
      </w:r>
      <w:r w:rsidR="00402795" w:rsidRPr="00C64952">
        <w:rPr>
          <w:lang w:val="nb-NO"/>
        </w:rPr>
        <w:t>ialog som gir rom for foresattes kunnskap og elevens stemme</w:t>
      </w:r>
    </w:p>
    <w:p w14:paraId="335D08D3" w14:textId="77777777" w:rsidR="007738B2" w:rsidRPr="00C64952" w:rsidRDefault="00533034">
      <w:pPr>
        <w:pStyle w:val="Punktliste"/>
        <w:spacing w:after="80"/>
        <w:rPr>
          <w:lang w:val="nb-NO"/>
        </w:rPr>
      </w:pPr>
      <w:r>
        <w:rPr>
          <w:lang w:val="nb-NO"/>
        </w:rPr>
        <w:t>A</w:t>
      </w:r>
      <w:r w:rsidR="00402795" w:rsidRPr="00C64952">
        <w:rPr>
          <w:lang w:val="nb-NO"/>
        </w:rPr>
        <w:t>vklarte roller og felles mål for tiltak rundt eleven</w:t>
      </w:r>
    </w:p>
    <w:p w14:paraId="13284406" w14:textId="77777777" w:rsidR="007738B2" w:rsidRPr="00C64952" w:rsidRDefault="00533034">
      <w:pPr>
        <w:pStyle w:val="Punktliste"/>
        <w:spacing w:after="80"/>
        <w:rPr>
          <w:lang w:val="nb-NO"/>
        </w:rPr>
      </w:pPr>
      <w:r>
        <w:rPr>
          <w:lang w:val="nb-NO"/>
        </w:rPr>
        <w:t>F</w:t>
      </w:r>
      <w:r w:rsidR="00402795" w:rsidRPr="00C64952">
        <w:rPr>
          <w:lang w:val="nb-NO"/>
        </w:rPr>
        <w:t>oreldremøter, utviklingssamtaler og kontakt ved behov</w:t>
      </w:r>
    </w:p>
    <w:p w14:paraId="0AC64498" w14:textId="77777777" w:rsidR="007738B2" w:rsidRPr="00C64952" w:rsidRDefault="00402795">
      <w:pPr>
        <w:pStyle w:val="Overskrift2"/>
        <w:rPr>
          <w:lang w:val="nb-NO"/>
        </w:rPr>
      </w:pPr>
      <w:r w:rsidRPr="00C64952">
        <w:rPr>
          <w:lang w:val="nb-NO"/>
        </w:rPr>
        <w:t>Mobbing og utenforskap</w:t>
      </w:r>
    </w:p>
    <w:p w14:paraId="73422759" w14:textId="77777777" w:rsidR="007738B2" w:rsidRPr="00C64952" w:rsidRDefault="00402795">
      <w:pPr>
        <w:rPr>
          <w:lang w:val="nb-NO"/>
        </w:rPr>
      </w:pPr>
      <w:r w:rsidRPr="00C64952">
        <w:rPr>
          <w:lang w:val="nb-NO"/>
        </w:rPr>
        <w:t>Alle elever har rett til et trygt og godt skolemiljø som fremmer helse, inkludering, trivsel og læring. Skolen skal arbeide forebyggende og handle raskt når en elev ikke har det trygt og godt.</w:t>
      </w:r>
    </w:p>
    <w:p w14:paraId="4BEC8102" w14:textId="77777777" w:rsidR="007738B2" w:rsidRPr="00C64952" w:rsidRDefault="00533034">
      <w:pPr>
        <w:pStyle w:val="Punktliste"/>
        <w:spacing w:after="80"/>
        <w:rPr>
          <w:lang w:val="nb-NO"/>
        </w:rPr>
      </w:pPr>
      <w:r>
        <w:rPr>
          <w:lang w:val="nb-NO"/>
        </w:rPr>
        <w:t>A</w:t>
      </w:r>
      <w:r w:rsidR="00402795" w:rsidRPr="00C64952">
        <w:rPr>
          <w:lang w:val="nb-NO"/>
        </w:rPr>
        <w:t>nsatte følger med, griper inn og melder fra ved</w:t>
      </w:r>
      <w:r w:rsidR="00785209">
        <w:rPr>
          <w:lang w:val="nb-NO"/>
        </w:rPr>
        <w:t xml:space="preserve"> bekymring</w:t>
      </w:r>
    </w:p>
    <w:p w14:paraId="4B1E1759" w14:textId="77777777" w:rsidR="007738B2" w:rsidRPr="00C64952" w:rsidRDefault="00785209">
      <w:pPr>
        <w:pStyle w:val="Punktliste"/>
        <w:spacing w:after="80"/>
        <w:rPr>
          <w:lang w:val="nb-NO"/>
        </w:rPr>
      </w:pPr>
      <w:r>
        <w:rPr>
          <w:lang w:val="nb-NO"/>
        </w:rPr>
        <w:t>S</w:t>
      </w:r>
      <w:r w:rsidR="00402795" w:rsidRPr="00C64952">
        <w:rPr>
          <w:lang w:val="nb-NO"/>
        </w:rPr>
        <w:t>kolen undersøker elevens opplevelse og setter inn egnede tiltak</w:t>
      </w:r>
    </w:p>
    <w:p w14:paraId="5C728134" w14:textId="77777777" w:rsidR="007738B2" w:rsidRPr="00785209" w:rsidRDefault="00785209">
      <w:pPr>
        <w:pStyle w:val="Punktliste"/>
        <w:spacing w:after="80"/>
        <w:rPr>
          <w:lang w:val="nb-NO"/>
        </w:rPr>
      </w:pPr>
      <w:r w:rsidRPr="00785209">
        <w:rPr>
          <w:lang w:val="nb-NO"/>
        </w:rPr>
        <w:t>T</w:t>
      </w:r>
      <w:r w:rsidR="00402795" w:rsidRPr="00785209">
        <w:rPr>
          <w:lang w:val="nb-NO"/>
        </w:rPr>
        <w:t>iltak planlegges, dokumenteres og evalueres</w:t>
      </w:r>
    </w:p>
    <w:p w14:paraId="2FD399DC" w14:textId="77777777" w:rsidR="007738B2" w:rsidRPr="00C64952" w:rsidRDefault="00785209">
      <w:pPr>
        <w:pStyle w:val="Punktliste"/>
        <w:spacing w:after="80"/>
        <w:rPr>
          <w:lang w:val="nb-NO"/>
        </w:rPr>
      </w:pPr>
      <w:r>
        <w:rPr>
          <w:lang w:val="nb-NO"/>
        </w:rPr>
        <w:t>E</w:t>
      </w:r>
      <w:r w:rsidR="00402795" w:rsidRPr="00C64952">
        <w:rPr>
          <w:lang w:val="nb-NO"/>
        </w:rPr>
        <w:t>lev og foresatte involveres i oppfølgingen</w:t>
      </w:r>
    </w:p>
    <w:p w14:paraId="63C24AF6" w14:textId="77777777" w:rsidR="007738B2" w:rsidRPr="00C64952" w:rsidRDefault="00785209">
      <w:pPr>
        <w:pStyle w:val="Punktliste"/>
        <w:spacing w:after="80"/>
        <w:rPr>
          <w:lang w:val="nb-NO"/>
        </w:rPr>
      </w:pPr>
      <w:r>
        <w:rPr>
          <w:lang w:val="nb-NO"/>
        </w:rPr>
        <w:t>K</w:t>
      </w:r>
      <w:r w:rsidR="00402795" w:rsidRPr="00C64952">
        <w:rPr>
          <w:lang w:val="nb-NO"/>
        </w:rPr>
        <w:t>lassemiljø, friminutt og overganger inngår i det forebyggende arbeidet</w:t>
      </w:r>
    </w:p>
    <w:p w14:paraId="2FC2A87E" w14:textId="77777777" w:rsidR="007738B2" w:rsidRPr="00C64952" w:rsidRDefault="00402795">
      <w:pPr>
        <w:pStyle w:val="Overskrift2"/>
        <w:rPr>
          <w:lang w:val="nb-NO"/>
        </w:rPr>
      </w:pPr>
      <w:r w:rsidRPr="00C64952">
        <w:rPr>
          <w:lang w:val="nb-NO"/>
        </w:rPr>
        <w:t>Skolefravær og nærvær</w:t>
      </w:r>
    </w:p>
    <w:p w14:paraId="59C6BD8B" w14:textId="77777777" w:rsidR="007738B2" w:rsidRPr="00C64952" w:rsidRDefault="00402795">
      <w:pPr>
        <w:rPr>
          <w:lang w:val="nb-NO"/>
        </w:rPr>
      </w:pPr>
      <w:r w:rsidRPr="00C64952">
        <w:rPr>
          <w:lang w:val="nb-NO"/>
        </w:rPr>
        <w:t>Skolen skal fremme nærvær gjennom gode relasjoner, inkluderende fellesskap og tilpasset opplæring. Fravær følges opp fra første dag og alltid når fraværet gir grunn til bekymring, uavhengig av årsak.</w:t>
      </w:r>
    </w:p>
    <w:p w14:paraId="38625A2F" w14:textId="77777777" w:rsidR="007738B2" w:rsidRPr="00C64952" w:rsidRDefault="00A21785">
      <w:pPr>
        <w:pStyle w:val="Punktliste"/>
        <w:spacing w:after="80"/>
        <w:rPr>
          <w:lang w:val="nb-NO"/>
        </w:rPr>
      </w:pPr>
      <w:r>
        <w:rPr>
          <w:lang w:val="nb-NO"/>
        </w:rPr>
        <w:t>K</w:t>
      </w:r>
      <w:r w:rsidR="00402795" w:rsidRPr="00C64952">
        <w:rPr>
          <w:lang w:val="nb-NO"/>
        </w:rPr>
        <w:t>orrekt og fortløpende registrering av fravær</w:t>
      </w:r>
    </w:p>
    <w:p w14:paraId="302A8B00" w14:textId="77777777" w:rsidR="007738B2" w:rsidRPr="00C64952" w:rsidRDefault="00A21785">
      <w:pPr>
        <w:pStyle w:val="Punktliste"/>
        <w:spacing w:after="80"/>
        <w:rPr>
          <w:lang w:val="nb-NO"/>
        </w:rPr>
      </w:pPr>
      <w:r>
        <w:rPr>
          <w:lang w:val="nb-NO"/>
        </w:rPr>
        <w:t>T</w:t>
      </w:r>
      <w:r w:rsidR="00402795" w:rsidRPr="00C64952">
        <w:rPr>
          <w:lang w:val="nb-NO"/>
        </w:rPr>
        <w:t>idlig dialog med elev og foresatte</w:t>
      </w:r>
    </w:p>
    <w:p w14:paraId="6B23553D" w14:textId="77777777" w:rsidR="007738B2" w:rsidRPr="00C64952" w:rsidRDefault="00A21785">
      <w:pPr>
        <w:pStyle w:val="Punktliste"/>
        <w:spacing w:after="80"/>
        <w:rPr>
          <w:lang w:val="nb-NO"/>
        </w:rPr>
      </w:pPr>
      <w:r>
        <w:rPr>
          <w:lang w:val="nb-NO"/>
        </w:rPr>
        <w:t>U</w:t>
      </w:r>
      <w:r w:rsidR="00402795" w:rsidRPr="00C64952">
        <w:rPr>
          <w:lang w:val="nb-NO"/>
        </w:rPr>
        <w:t>ndersøkelse av forhold som opprettholder eller reduserer fraværet</w:t>
      </w:r>
    </w:p>
    <w:p w14:paraId="458A07FC" w14:textId="77777777" w:rsidR="007738B2" w:rsidRPr="00C64952" w:rsidRDefault="00A21785">
      <w:pPr>
        <w:pStyle w:val="Punktliste"/>
        <w:spacing w:after="80"/>
        <w:rPr>
          <w:lang w:val="nb-NO"/>
        </w:rPr>
      </w:pPr>
      <w:r>
        <w:rPr>
          <w:lang w:val="nb-NO"/>
        </w:rPr>
        <w:t>M</w:t>
      </w:r>
      <w:r w:rsidR="00402795" w:rsidRPr="00C64952">
        <w:rPr>
          <w:lang w:val="nb-NO"/>
        </w:rPr>
        <w:t>ålrettede tiltak med tydelig ansvar og tidspunkt for evaluering</w:t>
      </w:r>
    </w:p>
    <w:p w14:paraId="5B612E14" w14:textId="77777777" w:rsidR="007738B2" w:rsidRPr="00C64952" w:rsidRDefault="00A21785">
      <w:pPr>
        <w:pStyle w:val="Punktliste"/>
        <w:spacing w:after="80"/>
        <w:rPr>
          <w:lang w:val="nb-NO"/>
        </w:rPr>
      </w:pPr>
      <w:r>
        <w:rPr>
          <w:lang w:val="nb-NO"/>
        </w:rPr>
        <w:t>S</w:t>
      </w:r>
      <w:r w:rsidR="00402795" w:rsidRPr="00C64952">
        <w:rPr>
          <w:lang w:val="nb-NO"/>
        </w:rPr>
        <w:t xml:space="preserve">amarbeid med relevante tjenester </w:t>
      </w:r>
      <w:r>
        <w:rPr>
          <w:lang w:val="nb-NO"/>
        </w:rPr>
        <w:t xml:space="preserve">ved </w:t>
      </w:r>
      <w:r w:rsidR="00402795" w:rsidRPr="00C64952">
        <w:rPr>
          <w:lang w:val="nb-NO"/>
        </w:rPr>
        <w:t>behov</w:t>
      </w:r>
    </w:p>
    <w:p w14:paraId="3A31A5CF" w14:textId="77777777" w:rsidR="007738B2" w:rsidRPr="00C64952" w:rsidRDefault="00402795">
      <w:pPr>
        <w:rPr>
          <w:lang w:val="nb-NO"/>
        </w:rPr>
      </w:pPr>
      <w:r w:rsidRPr="00C64952">
        <w:rPr>
          <w:lang w:val="nb-NO"/>
        </w:rPr>
        <w:br w:type="page"/>
      </w:r>
    </w:p>
    <w:p w14:paraId="1DB2C94C" w14:textId="77777777" w:rsidR="007738B2" w:rsidRPr="00C64952" w:rsidRDefault="00402795">
      <w:pPr>
        <w:pStyle w:val="Overskrift1"/>
        <w:rPr>
          <w:lang w:val="nb-NO"/>
        </w:rPr>
      </w:pPr>
      <w:r w:rsidRPr="00C64952">
        <w:rPr>
          <w:lang w:val="nb-NO"/>
        </w:rPr>
        <w:lastRenderedPageBreak/>
        <w:t xml:space="preserve">Pedagogisk </w:t>
      </w:r>
      <w:proofErr w:type="spellStart"/>
      <w:r w:rsidRPr="00C64952">
        <w:rPr>
          <w:lang w:val="nb-NO"/>
        </w:rPr>
        <w:t>årshjul</w:t>
      </w:r>
      <w:proofErr w:type="spellEnd"/>
      <w:r w:rsidRPr="00C64952">
        <w:rPr>
          <w:lang w:val="nb-NO"/>
        </w:rPr>
        <w:t xml:space="preserve"> 2026/2027</w:t>
      </w:r>
    </w:p>
    <w:p w14:paraId="6EE12CF1" w14:textId="77777777" w:rsidR="007738B2" w:rsidRPr="00C64952" w:rsidRDefault="00402795">
      <w:pPr>
        <w:pStyle w:val="Lead"/>
        <w:rPr>
          <w:lang w:val="nb-NO"/>
        </w:rPr>
      </w:pPr>
      <w:proofErr w:type="spellStart"/>
      <w:r w:rsidRPr="00C64952">
        <w:rPr>
          <w:lang w:val="nb-NO"/>
        </w:rPr>
        <w:t>Årshjulet</w:t>
      </w:r>
      <w:proofErr w:type="spellEnd"/>
      <w:r w:rsidRPr="00C64952">
        <w:rPr>
          <w:lang w:val="nb-NO"/>
        </w:rPr>
        <w:t xml:space="preserve"> viser sentrale aktiviteter og prioriteringer. Datoer for klassevise aktiviteter og lokale arrangementer formidles i skolens ordinære informasjonskanaler.</w:t>
      </w:r>
    </w:p>
    <w:tbl>
      <w:tblPr>
        <w:tblStyle w:val="Tabellrutenett"/>
        <w:tblW w:w="9411" w:type="dxa"/>
        <w:jc w:val="center"/>
        <w:tblLayout w:type="fixed"/>
        <w:tblLook w:val="04A0" w:firstRow="1" w:lastRow="0" w:firstColumn="1" w:lastColumn="0" w:noHBand="0" w:noVBand="1"/>
      </w:tblPr>
      <w:tblGrid>
        <w:gridCol w:w="1785"/>
        <w:gridCol w:w="3034"/>
        <w:gridCol w:w="2211"/>
        <w:gridCol w:w="2381"/>
      </w:tblGrid>
      <w:tr w:rsidR="007738B2" w14:paraId="26843B9A" w14:textId="77777777" w:rsidTr="2C89C97C">
        <w:trPr>
          <w:tblHeader/>
          <w:jc w:val="center"/>
        </w:trPr>
        <w:tc>
          <w:tcPr>
            <w:tcW w:w="1785" w:type="dxa"/>
            <w:shd w:val="clear" w:color="auto" w:fill="173B57"/>
            <w:tcMar>
              <w:top w:w="90" w:type="dxa"/>
              <w:left w:w="120" w:type="dxa"/>
              <w:bottom w:w="90" w:type="dxa"/>
              <w:right w:w="120" w:type="dxa"/>
            </w:tcMar>
            <w:vAlign w:val="center"/>
          </w:tcPr>
          <w:p w14:paraId="4F860C91" w14:textId="77777777" w:rsidR="007738B2" w:rsidRDefault="00402795">
            <w:pPr>
              <w:spacing w:after="0"/>
            </w:pPr>
            <w:proofErr w:type="spellStart"/>
            <w:r>
              <w:rPr>
                <w:b/>
                <w:color w:val="FFFFFF"/>
                <w:sz w:val="16"/>
              </w:rPr>
              <w:t>Periode</w:t>
            </w:r>
            <w:proofErr w:type="spellEnd"/>
          </w:p>
        </w:tc>
        <w:tc>
          <w:tcPr>
            <w:tcW w:w="3034" w:type="dxa"/>
            <w:shd w:val="clear" w:color="auto" w:fill="173B57"/>
            <w:tcMar>
              <w:top w:w="90" w:type="dxa"/>
              <w:left w:w="120" w:type="dxa"/>
              <w:bottom w:w="90" w:type="dxa"/>
              <w:right w:w="120" w:type="dxa"/>
            </w:tcMar>
            <w:vAlign w:val="center"/>
          </w:tcPr>
          <w:p w14:paraId="649CE99F" w14:textId="77777777" w:rsidR="007738B2" w:rsidRDefault="00402795">
            <w:pPr>
              <w:spacing w:after="0"/>
            </w:pPr>
            <w:r>
              <w:rPr>
                <w:b/>
                <w:color w:val="FFFFFF"/>
                <w:sz w:val="16"/>
              </w:rPr>
              <w:t>Utviklingsarbeid og læringsmiljø</w:t>
            </w:r>
          </w:p>
        </w:tc>
        <w:tc>
          <w:tcPr>
            <w:tcW w:w="2211" w:type="dxa"/>
            <w:shd w:val="clear" w:color="auto" w:fill="173B57"/>
            <w:tcMar>
              <w:top w:w="90" w:type="dxa"/>
              <w:left w:w="120" w:type="dxa"/>
              <w:bottom w:w="90" w:type="dxa"/>
              <w:right w:w="120" w:type="dxa"/>
            </w:tcMar>
            <w:vAlign w:val="center"/>
          </w:tcPr>
          <w:p w14:paraId="72BB5585" w14:textId="77777777" w:rsidR="007738B2" w:rsidRDefault="00402795">
            <w:pPr>
              <w:spacing w:after="0"/>
            </w:pPr>
            <w:r>
              <w:rPr>
                <w:b/>
                <w:color w:val="FFFFFF"/>
                <w:sz w:val="16"/>
              </w:rPr>
              <w:t>Skole–hjem</w:t>
            </w:r>
          </w:p>
        </w:tc>
        <w:tc>
          <w:tcPr>
            <w:tcW w:w="2381" w:type="dxa"/>
            <w:shd w:val="clear" w:color="auto" w:fill="173B57"/>
            <w:tcMar>
              <w:top w:w="90" w:type="dxa"/>
              <w:left w:w="120" w:type="dxa"/>
              <w:bottom w:w="90" w:type="dxa"/>
              <w:right w:w="120" w:type="dxa"/>
            </w:tcMar>
            <w:vAlign w:val="center"/>
          </w:tcPr>
          <w:p w14:paraId="17CCCA94" w14:textId="77777777" w:rsidR="007738B2" w:rsidRDefault="00402795">
            <w:pPr>
              <w:spacing w:after="0"/>
            </w:pPr>
            <w:r>
              <w:rPr>
                <w:b/>
                <w:color w:val="FFFFFF"/>
                <w:sz w:val="16"/>
              </w:rPr>
              <w:t>Kartlegging, vurdering og nærvær</w:t>
            </w:r>
          </w:p>
        </w:tc>
      </w:tr>
      <w:tr w:rsidR="007738B2" w:rsidRPr="00707FC6" w14:paraId="40951505" w14:textId="77777777" w:rsidTr="2C89C97C">
        <w:trPr>
          <w:jc w:val="center"/>
        </w:trPr>
        <w:tc>
          <w:tcPr>
            <w:tcW w:w="1785" w:type="dxa"/>
            <w:tcMar>
              <w:top w:w="90" w:type="dxa"/>
              <w:left w:w="120" w:type="dxa"/>
              <w:bottom w:w="90" w:type="dxa"/>
              <w:right w:w="120" w:type="dxa"/>
            </w:tcMar>
            <w:vAlign w:val="center"/>
          </w:tcPr>
          <w:p w14:paraId="39EF4063" w14:textId="77777777" w:rsidR="007738B2" w:rsidRDefault="212210BC">
            <w:pPr>
              <w:spacing w:after="0" w:line="252" w:lineRule="auto"/>
            </w:pPr>
            <w:r w:rsidRPr="2C89C97C">
              <w:rPr>
                <w:sz w:val="16"/>
                <w:szCs w:val="16"/>
              </w:rPr>
              <w:t>August</w:t>
            </w:r>
            <w:r w:rsidR="21A7DB88" w:rsidRPr="2C89C97C">
              <w:rPr>
                <w:sz w:val="16"/>
                <w:szCs w:val="16"/>
              </w:rPr>
              <w:t>-</w:t>
            </w:r>
            <w:r w:rsidRPr="2C89C97C">
              <w:rPr>
                <w:sz w:val="16"/>
                <w:szCs w:val="16"/>
              </w:rPr>
              <w:t>september</w:t>
            </w:r>
          </w:p>
        </w:tc>
        <w:tc>
          <w:tcPr>
            <w:tcW w:w="3034" w:type="dxa"/>
            <w:tcMar>
              <w:top w:w="90" w:type="dxa"/>
              <w:left w:w="120" w:type="dxa"/>
              <w:bottom w:w="90" w:type="dxa"/>
              <w:right w:w="120" w:type="dxa"/>
            </w:tcMar>
            <w:vAlign w:val="center"/>
          </w:tcPr>
          <w:p w14:paraId="2A85EDB5" w14:textId="77777777" w:rsidR="007738B2" w:rsidRPr="00C64952" w:rsidRDefault="00402795">
            <w:pPr>
              <w:spacing w:after="0" w:line="252" w:lineRule="auto"/>
              <w:rPr>
                <w:lang w:val="nb-NO"/>
              </w:rPr>
            </w:pPr>
            <w:r w:rsidRPr="00C64952">
              <w:rPr>
                <w:sz w:val="16"/>
                <w:lang w:val="nb-NO"/>
              </w:rPr>
              <w:t>Trygg skolestart; relasjoner, rutiner og klassemiljø. Oppstart av felles og teambasert utviklingsarbeid. Planlegging av lese- og skolebibliotekarbeidet.</w:t>
            </w:r>
          </w:p>
        </w:tc>
        <w:tc>
          <w:tcPr>
            <w:tcW w:w="2211" w:type="dxa"/>
            <w:tcMar>
              <w:top w:w="90" w:type="dxa"/>
              <w:left w:w="120" w:type="dxa"/>
              <w:bottom w:w="90" w:type="dxa"/>
              <w:right w:w="120" w:type="dxa"/>
            </w:tcMar>
            <w:vAlign w:val="center"/>
          </w:tcPr>
          <w:p w14:paraId="6EFD0720" w14:textId="77777777" w:rsidR="007738B2" w:rsidRPr="00C64952" w:rsidRDefault="00402795">
            <w:pPr>
              <w:spacing w:after="0" w:line="252" w:lineRule="auto"/>
              <w:rPr>
                <w:lang w:val="nb-NO"/>
              </w:rPr>
            </w:pPr>
            <w:r w:rsidRPr="00C64952">
              <w:rPr>
                <w:sz w:val="16"/>
                <w:lang w:val="nb-NO"/>
              </w:rPr>
              <w:t>Foreldremøter og forventningsavklaring. Tidlig kontakt ved bekymring.</w:t>
            </w:r>
          </w:p>
        </w:tc>
        <w:tc>
          <w:tcPr>
            <w:tcW w:w="2381" w:type="dxa"/>
            <w:tcMar>
              <w:top w:w="90" w:type="dxa"/>
              <w:left w:w="120" w:type="dxa"/>
              <w:bottom w:w="90" w:type="dxa"/>
              <w:right w:w="120" w:type="dxa"/>
            </w:tcMar>
            <w:vAlign w:val="center"/>
          </w:tcPr>
          <w:p w14:paraId="7C0756AD" w14:textId="77777777" w:rsidR="007738B2" w:rsidRPr="00C64952" w:rsidRDefault="00402795">
            <w:pPr>
              <w:spacing w:after="0" w:line="252" w:lineRule="auto"/>
              <w:rPr>
                <w:lang w:val="nb-NO"/>
              </w:rPr>
            </w:pPr>
            <w:r w:rsidRPr="00C64952">
              <w:rPr>
                <w:sz w:val="16"/>
                <w:lang w:val="nb-NO"/>
              </w:rPr>
              <w:t>Nasjonale prøver og kartleggingsprøver. Klassetrivsel og Spekter gjennomføres i september/oktober.</w:t>
            </w:r>
          </w:p>
        </w:tc>
      </w:tr>
      <w:tr w:rsidR="007738B2" w:rsidRPr="00EB241F" w14:paraId="24185CEB" w14:textId="77777777" w:rsidTr="2C89C97C">
        <w:trPr>
          <w:jc w:val="center"/>
        </w:trPr>
        <w:tc>
          <w:tcPr>
            <w:tcW w:w="1785" w:type="dxa"/>
            <w:shd w:val="clear" w:color="auto" w:fill="F3F5F6"/>
            <w:tcMar>
              <w:top w:w="90" w:type="dxa"/>
              <w:left w:w="120" w:type="dxa"/>
              <w:bottom w:w="90" w:type="dxa"/>
              <w:right w:w="120" w:type="dxa"/>
            </w:tcMar>
            <w:vAlign w:val="center"/>
          </w:tcPr>
          <w:p w14:paraId="3254497E" w14:textId="77777777" w:rsidR="007738B2" w:rsidRDefault="00402795">
            <w:pPr>
              <w:spacing w:after="0" w:line="252" w:lineRule="auto"/>
            </w:pPr>
            <w:r>
              <w:rPr>
                <w:sz w:val="16"/>
              </w:rPr>
              <w:t>Oktober</w:t>
            </w:r>
          </w:p>
        </w:tc>
        <w:tc>
          <w:tcPr>
            <w:tcW w:w="3034" w:type="dxa"/>
            <w:shd w:val="clear" w:color="auto" w:fill="F3F5F6"/>
            <w:tcMar>
              <w:top w:w="90" w:type="dxa"/>
              <w:left w:w="120" w:type="dxa"/>
              <w:bottom w:w="90" w:type="dxa"/>
              <w:right w:w="120" w:type="dxa"/>
            </w:tcMar>
            <w:vAlign w:val="center"/>
          </w:tcPr>
          <w:p w14:paraId="66943718" w14:textId="77777777" w:rsidR="007738B2" w:rsidRPr="00C64952" w:rsidRDefault="00402795">
            <w:pPr>
              <w:spacing w:after="0" w:line="252" w:lineRule="auto"/>
              <w:rPr>
                <w:lang w:val="nb-NO"/>
              </w:rPr>
            </w:pPr>
            <w:r w:rsidRPr="00C64952">
              <w:rPr>
                <w:sz w:val="16"/>
                <w:lang w:val="nb-NO"/>
              </w:rPr>
              <w:t>Analyse av læringsmiljø og kartleggingsresultater. Tiltak prøves ut og følges opp. Litteraturformidling og lesestimulerende aktiviteter.</w:t>
            </w:r>
          </w:p>
        </w:tc>
        <w:tc>
          <w:tcPr>
            <w:tcW w:w="2211" w:type="dxa"/>
            <w:shd w:val="clear" w:color="auto" w:fill="F3F5F6"/>
            <w:tcMar>
              <w:top w:w="90" w:type="dxa"/>
              <w:left w:w="120" w:type="dxa"/>
              <w:bottom w:w="90" w:type="dxa"/>
              <w:right w:w="120" w:type="dxa"/>
            </w:tcMar>
            <w:vAlign w:val="center"/>
          </w:tcPr>
          <w:p w14:paraId="5F128921" w14:textId="77777777" w:rsidR="007738B2" w:rsidRPr="00C64952" w:rsidRDefault="00402795">
            <w:pPr>
              <w:spacing w:after="0" w:line="252" w:lineRule="auto"/>
              <w:rPr>
                <w:lang w:val="nb-NO"/>
              </w:rPr>
            </w:pPr>
            <w:r w:rsidRPr="00C64952">
              <w:rPr>
                <w:sz w:val="16"/>
                <w:lang w:val="nb-NO"/>
              </w:rPr>
              <w:t>Utviklingssamtaler. Samarbeid om tiltak ved behov.</w:t>
            </w:r>
          </w:p>
        </w:tc>
        <w:tc>
          <w:tcPr>
            <w:tcW w:w="2381" w:type="dxa"/>
            <w:shd w:val="clear" w:color="auto" w:fill="F3F5F6"/>
            <w:tcMar>
              <w:top w:w="90" w:type="dxa"/>
              <w:left w:w="120" w:type="dxa"/>
              <w:bottom w:w="90" w:type="dxa"/>
              <w:right w:w="120" w:type="dxa"/>
            </w:tcMar>
            <w:vAlign w:val="center"/>
          </w:tcPr>
          <w:p w14:paraId="6523A907" w14:textId="77777777" w:rsidR="007738B2" w:rsidRPr="00C64952" w:rsidRDefault="00402795">
            <w:pPr>
              <w:spacing w:after="0" w:line="252" w:lineRule="auto"/>
              <w:rPr>
                <w:lang w:val="nb-NO"/>
              </w:rPr>
            </w:pPr>
            <w:r w:rsidRPr="00C64952">
              <w:rPr>
                <w:sz w:val="16"/>
                <w:lang w:val="nb-NO"/>
              </w:rPr>
              <w:t>Høstferie uke 41. Elevundersøkelsen starter. Kontrollpunkt for fravær.</w:t>
            </w:r>
          </w:p>
        </w:tc>
      </w:tr>
      <w:tr w:rsidR="007738B2" w14:paraId="6B4ADED6" w14:textId="77777777" w:rsidTr="2C89C97C">
        <w:trPr>
          <w:jc w:val="center"/>
        </w:trPr>
        <w:tc>
          <w:tcPr>
            <w:tcW w:w="1785" w:type="dxa"/>
            <w:tcMar>
              <w:top w:w="90" w:type="dxa"/>
              <w:left w:w="120" w:type="dxa"/>
              <w:bottom w:w="90" w:type="dxa"/>
              <w:right w:w="120" w:type="dxa"/>
            </w:tcMar>
            <w:vAlign w:val="center"/>
          </w:tcPr>
          <w:p w14:paraId="55B16203" w14:textId="77777777" w:rsidR="007738B2" w:rsidRDefault="00402795">
            <w:pPr>
              <w:spacing w:after="0" w:line="252" w:lineRule="auto"/>
            </w:pPr>
            <w:r>
              <w:rPr>
                <w:sz w:val="16"/>
              </w:rPr>
              <w:t>November–</w:t>
            </w:r>
            <w:proofErr w:type="spellStart"/>
            <w:r>
              <w:rPr>
                <w:sz w:val="16"/>
              </w:rPr>
              <w:t>desember</w:t>
            </w:r>
            <w:proofErr w:type="spellEnd"/>
          </w:p>
        </w:tc>
        <w:tc>
          <w:tcPr>
            <w:tcW w:w="3034" w:type="dxa"/>
            <w:tcMar>
              <w:top w:w="90" w:type="dxa"/>
              <w:left w:w="120" w:type="dxa"/>
              <w:bottom w:w="90" w:type="dxa"/>
              <w:right w:w="120" w:type="dxa"/>
            </w:tcMar>
            <w:vAlign w:val="center"/>
          </w:tcPr>
          <w:p w14:paraId="1109E13D" w14:textId="77777777" w:rsidR="007738B2" w:rsidRPr="00C64952" w:rsidRDefault="00402795">
            <w:pPr>
              <w:spacing w:after="0" w:line="252" w:lineRule="auto"/>
              <w:rPr>
                <w:lang w:val="nb-NO"/>
              </w:rPr>
            </w:pPr>
            <w:r w:rsidRPr="00C64952">
              <w:rPr>
                <w:sz w:val="16"/>
                <w:lang w:val="nb-NO"/>
              </w:rPr>
              <w:t>Undervisningskvalitet, elevmedvirkning og evaluering av tiltak. Fellesskap og inkludering før jul.</w:t>
            </w:r>
          </w:p>
        </w:tc>
        <w:tc>
          <w:tcPr>
            <w:tcW w:w="2211" w:type="dxa"/>
            <w:tcMar>
              <w:top w:w="90" w:type="dxa"/>
              <w:left w:w="120" w:type="dxa"/>
              <w:bottom w:w="90" w:type="dxa"/>
              <w:right w:w="120" w:type="dxa"/>
            </w:tcMar>
            <w:vAlign w:val="center"/>
          </w:tcPr>
          <w:p w14:paraId="431293F6" w14:textId="77777777" w:rsidR="007738B2" w:rsidRPr="00C64952" w:rsidRDefault="00402795">
            <w:pPr>
              <w:spacing w:after="0" w:line="252" w:lineRule="auto"/>
              <w:rPr>
                <w:lang w:val="nb-NO"/>
              </w:rPr>
            </w:pPr>
            <w:r w:rsidRPr="00C64952">
              <w:rPr>
                <w:sz w:val="16"/>
                <w:lang w:val="nb-NO"/>
              </w:rPr>
              <w:t>Oppfølging etter samtaler og undersøkelser.</w:t>
            </w:r>
          </w:p>
        </w:tc>
        <w:tc>
          <w:tcPr>
            <w:tcW w:w="2381" w:type="dxa"/>
            <w:tcMar>
              <w:top w:w="90" w:type="dxa"/>
              <w:left w:w="120" w:type="dxa"/>
              <w:bottom w:w="90" w:type="dxa"/>
              <w:right w:w="120" w:type="dxa"/>
            </w:tcMar>
            <w:vAlign w:val="center"/>
          </w:tcPr>
          <w:p w14:paraId="3AC3240D" w14:textId="77777777" w:rsidR="007738B2" w:rsidRDefault="00402795">
            <w:pPr>
              <w:spacing w:after="0" w:line="252" w:lineRule="auto"/>
            </w:pPr>
            <w:r w:rsidRPr="00C64952">
              <w:rPr>
                <w:sz w:val="16"/>
                <w:lang w:val="nb-NO"/>
              </w:rPr>
              <w:t xml:space="preserve">Analyse av Elevundersøkelsen og nasjonale prøver. </w:t>
            </w:r>
            <w:proofErr w:type="spellStart"/>
            <w:r>
              <w:rPr>
                <w:sz w:val="16"/>
              </w:rPr>
              <w:t>Halvårsvurdering</w:t>
            </w:r>
            <w:proofErr w:type="spellEnd"/>
            <w:r>
              <w:rPr>
                <w:sz w:val="16"/>
              </w:rPr>
              <w:t xml:space="preserve"> </w:t>
            </w:r>
            <w:proofErr w:type="spellStart"/>
            <w:r>
              <w:rPr>
                <w:sz w:val="16"/>
              </w:rPr>
              <w:t>på</w:t>
            </w:r>
            <w:proofErr w:type="spellEnd"/>
            <w:r>
              <w:rPr>
                <w:sz w:val="16"/>
              </w:rPr>
              <w:t xml:space="preserve"> </w:t>
            </w:r>
            <w:proofErr w:type="spellStart"/>
            <w:r>
              <w:rPr>
                <w:sz w:val="16"/>
              </w:rPr>
              <w:t>ungdomstrinnet</w:t>
            </w:r>
            <w:proofErr w:type="spellEnd"/>
            <w:r>
              <w:rPr>
                <w:sz w:val="16"/>
              </w:rPr>
              <w:t>.</w:t>
            </w:r>
          </w:p>
        </w:tc>
      </w:tr>
      <w:tr w:rsidR="007738B2" w14:paraId="6293E7BF" w14:textId="77777777" w:rsidTr="2C89C97C">
        <w:trPr>
          <w:jc w:val="center"/>
        </w:trPr>
        <w:tc>
          <w:tcPr>
            <w:tcW w:w="1785" w:type="dxa"/>
            <w:shd w:val="clear" w:color="auto" w:fill="F3F5F6"/>
            <w:tcMar>
              <w:top w:w="90" w:type="dxa"/>
              <w:left w:w="120" w:type="dxa"/>
              <w:bottom w:w="90" w:type="dxa"/>
              <w:right w:w="120" w:type="dxa"/>
            </w:tcMar>
            <w:vAlign w:val="center"/>
          </w:tcPr>
          <w:p w14:paraId="3253A8F6" w14:textId="77777777" w:rsidR="007738B2" w:rsidRDefault="00402795">
            <w:pPr>
              <w:spacing w:after="0" w:line="252" w:lineRule="auto"/>
            </w:pPr>
            <w:r>
              <w:rPr>
                <w:sz w:val="16"/>
              </w:rPr>
              <w:t>Januar–februar</w:t>
            </w:r>
          </w:p>
        </w:tc>
        <w:tc>
          <w:tcPr>
            <w:tcW w:w="3034" w:type="dxa"/>
            <w:shd w:val="clear" w:color="auto" w:fill="F3F5F6"/>
            <w:tcMar>
              <w:top w:w="90" w:type="dxa"/>
              <w:left w:w="120" w:type="dxa"/>
              <w:bottom w:w="90" w:type="dxa"/>
              <w:right w:w="120" w:type="dxa"/>
            </w:tcMar>
            <w:vAlign w:val="center"/>
          </w:tcPr>
          <w:p w14:paraId="4E85AA87" w14:textId="77777777" w:rsidR="007738B2" w:rsidRDefault="00402795">
            <w:pPr>
              <w:spacing w:after="0" w:line="252" w:lineRule="auto"/>
            </w:pPr>
            <w:r w:rsidRPr="00C64952">
              <w:rPr>
                <w:sz w:val="16"/>
                <w:lang w:val="nb-NO"/>
              </w:rPr>
              <w:t>Ny vurdering av klassemiljø, støttetiltak og fysisk læringsmiljø. Teambasert utprøving og videreutvikling av lesetiltak og skolebibliotek.</w:t>
            </w:r>
          </w:p>
        </w:tc>
        <w:tc>
          <w:tcPr>
            <w:tcW w:w="2211" w:type="dxa"/>
            <w:shd w:val="clear" w:color="auto" w:fill="F3F5F6"/>
            <w:tcMar>
              <w:top w:w="90" w:type="dxa"/>
              <w:left w:w="120" w:type="dxa"/>
              <w:bottom w:w="90" w:type="dxa"/>
              <w:right w:w="120" w:type="dxa"/>
            </w:tcMar>
            <w:vAlign w:val="center"/>
          </w:tcPr>
          <w:p w14:paraId="78EBC99E" w14:textId="77777777" w:rsidR="007738B2" w:rsidRPr="00C64952" w:rsidRDefault="00402795">
            <w:pPr>
              <w:spacing w:after="0" w:line="252" w:lineRule="auto"/>
              <w:rPr>
                <w:lang w:val="nb-NO"/>
              </w:rPr>
            </w:pPr>
            <w:r w:rsidRPr="00C64952">
              <w:rPr>
                <w:sz w:val="16"/>
                <w:lang w:val="nb-NO"/>
              </w:rPr>
              <w:t>Tidlig dialog ved endringer i trivsel, læring eller fravær.</w:t>
            </w:r>
          </w:p>
        </w:tc>
        <w:tc>
          <w:tcPr>
            <w:tcW w:w="2381" w:type="dxa"/>
            <w:shd w:val="clear" w:color="auto" w:fill="F3F5F6"/>
            <w:tcMar>
              <w:top w:w="90" w:type="dxa"/>
              <w:left w:w="120" w:type="dxa"/>
              <w:bottom w:w="90" w:type="dxa"/>
              <w:right w:w="120" w:type="dxa"/>
            </w:tcMar>
            <w:vAlign w:val="center"/>
          </w:tcPr>
          <w:p w14:paraId="08A2A4AB" w14:textId="77777777" w:rsidR="007738B2" w:rsidRDefault="00402795">
            <w:pPr>
              <w:spacing w:after="0" w:line="252" w:lineRule="auto"/>
            </w:pPr>
            <w:r w:rsidRPr="00C64952">
              <w:rPr>
                <w:sz w:val="16"/>
                <w:lang w:val="nb-NO"/>
              </w:rPr>
              <w:t>Spekter gjennomføres i februar som oppfølgingskartlegging. Kontrollpunkt for nærvær og tiltak. Vinterferie uke 8.</w:t>
            </w:r>
          </w:p>
        </w:tc>
      </w:tr>
      <w:tr w:rsidR="007738B2" w:rsidRPr="00707FC6" w14:paraId="12283F77" w14:textId="77777777" w:rsidTr="2C89C97C">
        <w:trPr>
          <w:jc w:val="center"/>
        </w:trPr>
        <w:tc>
          <w:tcPr>
            <w:tcW w:w="1785" w:type="dxa"/>
            <w:tcMar>
              <w:top w:w="90" w:type="dxa"/>
              <w:left w:w="120" w:type="dxa"/>
              <w:bottom w:w="90" w:type="dxa"/>
              <w:right w:w="120" w:type="dxa"/>
            </w:tcMar>
            <w:vAlign w:val="center"/>
          </w:tcPr>
          <w:p w14:paraId="5F2E69FE" w14:textId="77777777" w:rsidR="007738B2" w:rsidRDefault="00402795">
            <w:pPr>
              <w:spacing w:after="0" w:line="252" w:lineRule="auto"/>
            </w:pPr>
            <w:r>
              <w:rPr>
                <w:sz w:val="16"/>
              </w:rPr>
              <w:t>Mars–april</w:t>
            </w:r>
          </w:p>
        </w:tc>
        <w:tc>
          <w:tcPr>
            <w:tcW w:w="3034" w:type="dxa"/>
            <w:tcMar>
              <w:top w:w="90" w:type="dxa"/>
              <w:left w:w="120" w:type="dxa"/>
              <w:bottom w:w="90" w:type="dxa"/>
              <w:right w:w="120" w:type="dxa"/>
            </w:tcMar>
            <w:vAlign w:val="center"/>
          </w:tcPr>
          <w:p w14:paraId="12A52CCA" w14:textId="77777777" w:rsidR="007738B2" w:rsidRDefault="00402795">
            <w:pPr>
              <w:spacing w:after="0" w:line="252" w:lineRule="auto"/>
            </w:pPr>
            <w:r w:rsidRPr="00C64952">
              <w:rPr>
                <w:sz w:val="16"/>
                <w:lang w:val="nb-NO"/>
              </w:rPr>
              <w:t xml:space="preserve">Evaluering og justering av undervisning og tiltak. </w:t>
            </w:r>
            <w:proofErr w:type="spellStart"/>
            <w:r>
              <w:rPr>
                <w:sz w:val="16"/>
              </w:rPr>
              <w:t>Overgangsarbeid</w:t>
            </w:r>
            <w:proofErr w:type="spellEnd"/>
            <w:r>
              <w:rPr>
                <w:sz w:val="16"/>
              </w:rPr>
              <w:t xml:space="preserve"> starter.</w:t>
            </w:r>
          </w:p>
        </w:tc>
        <w:tc>
          <w:tcPr>
            <w:tcW w:w="2211" w:type="dxa"/>
            <w:tcMar>
              <w:top w:w="90" w:type="dxa"/>
              <w:left w:w="120" w:type="dxa"/>
              <w:bottom w:w="90" w:type="dxa"/>
              <w:right w:w="120" w:type="dxa"/>
            </w:tcMar>
            <w:vAlign w:val="center"/>
          </w:tcPr>
          <w:p w14:paraId="65B3E9FE" w14:textId="77777777" w:rsidR="007738B2" w:rsidRPr="00C64952" w:rsidRDefault="00402795">
            <w:pPr>
              <w:spacing w:after="0" w:line="252" w:lineRule="auto"/>
              <w:rPr>
                <w:lang w:val="nb-NO"/>
              </w:rPr>
            </w:pPr>
            <w:r w:rsidRPr="00C64952">
              <w:rPr>
                <w:sz w:val="16"/>
                <w:lang w:val="nb-NO"/>
              </w:rPr>
              <w:t>Utviklingssamtaler og samarbeid om videre oppfølging.</w:t>
            </w:r>
          </w:p>
        </w:tc>
        <w:tc>
          <w:tcPr>
            <w:tcW w:w="2381" w:type="dxa"/>
            <w:tcMar>
              <w:top w:w="90" w:type="dxa"/>
              <w:left w:w="120" w:type="dxa"/>
              <w:bottom w:w="90" w:type="dxa"/>
              <w:right w:w="120" w:type="dxa"/>
            </w:tcMar>
            <w:vAlign w:val="center"/>
          </w:tcPr>
          <w:p w14:paraId="4224A059" w14:textId="77777777" w:rsidR="007738B2" w:rsidRPr="00C64952" w:rsidRDefault="00402795">
            <w:pPr>
              <w:spacing w:after="0" w:line="252" w:lineRule="auto"/>
              <w:rPr>
                <w:lang w:val="nb-NO"/>
              </w:rPr>
            </w:pPr>
            <w:r w:rsidRPr="00C64952">
              <w:rPr>
                <w:sz w:val="16"/>
                <w:lang w:val="nb-NO"/>
              </w:rPr>
              <w:t>Kartlegging og underveisvurdering. Påskeferie 20.–29. mars.</w:t>
            </w:r>
          </w:p>
        </w:tc>
      </w:tr>
      <w:tr w:rsidR="007738B2" w14:paraId="6065158C" w14:textId="77777777" w:rsidTr="2C89C97C">
        <w:trPr>
          <w:jc w:val="center"/>
        </w:trPr>
        <w:tc>
          <w:tcPr>
            <w:tcW w:w="1785" w:type="dxa"/>
            <w:shd w:val="clear" w:color="auto" w:fill="F3F5F6"/>
            <w:tcMar>
              <w:top w:w="90" w:type="dxa"/>
              <w:left w:w="120" w:type="dxa"/>
              <w:bottom w:w="90" w:type="dxa"/>
              <w:right w:w="120" w:type="dxa"/>
            </w:tcMar>
            <w:vAlign w:val="center"/>
          </w:tcPr>
          <w:p w14:paraId="2D17767F" w14:textId="77777777" w:rsidR="007738B2" w:rsidRDefault="00402795">
            <w:pPr>
              <w:spacing w:after="0" w:line="252" w:lineRule="auto"/>
            </w:pPr>
            <w:r>
              <w:rPr>
                <w:sz w:val="16"/>
              </w:rPr>
              <w:t>Mai–</w:t>
            </w:r>
            <w:proofErr w:type="spellStart"/>
            <w:r>
              <w:rPr>
                <w:sz w:val="16"/>
              </w:rPr>
              <w:t>juni</w:t>
            </w:r>
            <w:proofErr w:type="spellEnd"/>
          </w:p>
        </w:tc>
        <w:tc>
          <w:tcPr>
            <w:tcW w:w="3034" w:type="dxa"/>
            <w:shd w:val="clear" w:color="auto" w:fill="F3F5F6"/>
            <w:tcMar>
              <w:top w:w="90" w:type="dxa"/>
              <w:left w:w="120" w:type="dxa"/>
              <w:bottom w:w="90" w:type="dxa"/>
              <w:right w:w="120" w:type="dxa"/>
            </w:tcMar>
            <w:vAlign w:val="center"/>
          </w:tcPr>
          <w:p w14:paraId="7829BDCD" w14:textId="77777777" w:rsidR="007738B2" w:rsidRPr="00C64952" w:rsidRDefault="00402795">
            <w:pPr>
              <w:spacing w:after="0" w:line="252" w:lineRule="auto"/>
              <w:rPr>
                <w:lang w:val="nb-NO"/>
              </w:rPr>
            </w:pPr>
            <w:r w:rsidRPr="00C64952">
              <w:rPr>
                <w:sz w:val="16"/>
                <w:lang w:val="nb-NO"/>
              </w:rPr>
              <w:t>Oppsummering av utviklingsarbeidet. Evaluering av lese- og skolebibliotekarbeidet. Overganger og planlegging av neste skoleår.</w:t>
            </w:r>
          </w:p>
        </w:tc>
        <w:tc>
          <w:tcPr>
            <w:tcW w:w="2211" w:type="dxa"/>
            <w:shd w:val="clear" w:color="auto" w:fill="F3F5F6"/>
            <w:tcMar>
              <w:top w:w="90" w:type="dxa"/>
              <w:left w:w="120" w:type="dxa"/>
              <w:bottom w:w="90" w:type="dxa"/>
              <w:right w:w="120" w:type="dxa"/>
            </w:tcMar>
            <w:vAlign w:val="center"/>
          </w:tcPr>
          <w:p w14:paraId="74634F3D" w14:textId="77777777" w:rsidR="007738B2" w:rsidRDefault="00402795">
            <w:pPr>
              <w:spacing w:after="0" w:line="252" w:lineRule="auto"/>
            </w:pPr>
            <w:r w:rsidRPr="00C64952">
              <w:rPr>
                <w:sz w:val="16"/>
                <w:lang w:val="nb-NO"/>
              </w:rPr>
              <w:t xml:space="preserve">Informasjon og dialog ved overganger. </w:t>
            </w:r>
            <w:proofErr w:type="spellStart"/>
            <w:r>
              <w:rPr>
                <w:sz w:val="16"/>
              </w:rPr>
              <w:t>Avsluttende</w:t>
            </w:r>
            <w:proofErr w:type="spellEnd"/>
            <w:r>
              <w:rPr>
                <w:sz w:val="16"/>
              </w:rPr>
              <w:t xml:space="preserve"> </w:t>
            </w:r>
            <w:proofErr w:type="spellStart"/>
            <w:r>
              <w:rPr>
                <w:sz w:val="16"/>
              </w:rPr>
              <w:t>samarbeid</w:t>
            </w:r>
            <w:proofErr w:type="spellEnd"/>
            <w:r>
              <w:rPr>
                <w:sz w:val="16"/>
              </w:rPr>
              <w:t xml:space="preserve"> </w:t>
            </w:r>
            <w:proofErr w:type="spellStart"/>
            <w:r>
              <w:rPr>
                <w:sz w:val="16"/>
              </w:rPr>
              <w:t>ved</w:t>
            </w:r>
            <w:proofErr w:type="spellEnd"/>
            <w:r>
              <w:rPr>
                <w:sz w:val="16"/>
              </w:rPr>
              <w:t xml:space="preserve"> </w:t>
            </w:r>
            <w:proofErr w:type="spellStart"/>
            <w:r>
              <w:rPr>
                <w:sz w:val="16"/>
              </w:rPr>
              <w:t>behov</w:t>
            </w:r>
            <w:proofErr w:type="spellEnd"/>
            <w:r>
              <w:rPr>
                <w:sz w:val="16"/>
              </w:rPr>
              <w:t>.</w:t>
            </w:r>
          </w:p>
        </w:tc>
        <w:tc>
          <w:tcPr>
            <w:tcW w:w="2381" w:type="dxa"/>
            <w:shd w:val="clear" w:color="auto" w:fill="F3F5F6"/>
            <w:tcMar>
              <w:top w:w="90" w:type="dxa"/>
              <w:left w:w="120" w:type="dxa"/>
              <w:bottom w:w="90" w:type="dxa"/>
              <w:right w:w="120" w:type="dxa"/>
            </w:tcMar>
            <w:vAlign w:val="center"/>
          </w:tcPr>
          <w:p w14:paraId="20E3DB69" w14:textId="77777777" w:rsidR="007738B2" w:rsidRDefault="00402795">
            <w:pPr>
              <w:spacing w:after="0" w:line="252" w:lineRule="auto"/>
            </w:pPr>
            <w:r w:rsidRPr="00C64952">
              <w:rPr>
                <w:sz w:val="16"/>
                <w:lang w:val="nb-NO"/>
              </w:rPr>
              <w:t xml:space="preserve">Eksamen på 10. trinn. </w:t>
            </w:r>
            <w:proofErr w:type="spellStart"/>
            <w:r w:rsidRPr="00C64952">
              <w:rPr>
                <w:sz w:val="16"/>
                <w:lang w:val="nb-NO"/>
              </w:rPr>
              <w:t>Årsvurdering</w:t>
            </w:r>
            <w:proofErr w:type="spellEnd"/>
            <w:r w:rsidRPr="00C64952">
              <w:rPr>
                <w:sz w:val="16"/>
                <w:lang w:val="nb-NO"/>
              </w:rPr>
              <w:t xml:space="preserve"> og evaluering av tiltak. </w:t>
            </w:r>
            <w:proofErr w:type="spellStart"/>
            <w:r>
              <w:rPr>
                <w:sz w:val="16"/>
              </w:rPr>
              <w:t>Siste</w:t>
            </w:r>
            <w:proofErr w:type="spellEnd"/>
            <w:r>
              <w:rPr>
                <w:sz w:val="16"/>
              </w:rPr>
              <w:t xml:space="preserve"> </w:t>
            </w:r>
            <w:proofErr w:type="spellStart"/>
            <w:r>
              <w:rPr>
                <w:sz w:val="16"/>
              </w:rPr>
              <w:t>skoledag</w:t>
            </w:r>
            <w:proofErr w:type="spellEnd"/>
            <w:r>
              <w:rPr>
                <w:sz w:val="16"/>
              </w:rPr>
              <w:t xml:space="preserve"> 18. juni.</w:t>
            </w:r>
          </w:p>
        </w:tc>
      </w:tr>
    </w:tbl>
    <w:p w14:paraId="20F883DD" w14:textId="77777777" w:rsidR="007738B2" w:rsidRDefault="007738B2">
      <w:pPr>
        <w:spacing w:after="0"/>
      </w:pPr>
    </w:p>
    <w:p w14:paraId="78E76D41" w14:textId="77777777" w:rsidR="007738B2" w:rsidRDefault="00402795">
      <w:r>
        <w:br w:type="page"/>
      </w:r>
    </w:p>
    <w:p w14:paraId="61574AC0" w14:textId="77777777" w:rsidR="007738B2" w:rsidRDefault="00402795">
      <w:pPr>
        <w:pStyle w:val="Overskrift1"/>
      </w:pPr>
      <w:r>
        <w:lastRenderedPageBreak/>
        <w:t>Kartlegging, vurdering og elevmedvirkning</w:t>
      </w:r>
    </w:p>
    <w:p w14:paraId="6CDB9691" w14:textId="77777777" w:rsidR="007738B2" w:rsidRPr="00C64952" w:rsidRDefault="00402795">
      <w:pPr>
        <w:pStyle w:val="Lead"/>
        <w:rPr>
          <w:lang w:val="nb-NO"/>
        </w:rPr>
      </w:pPr>
      <w:r w:rsidRPr="00C64952">
        <w:rPr>
          <w:lang w:val="nb-NO"/>
        </w:rPr>
        <w:t>Kartlegging skal gi kunnskap som brukes til å tilpasse undervisningen og følge opp elevenes utvikling. Resultater skal ses i sammenheng med observasjon, elevdialog og annet vurderingsgrunnlag.</w:t>
      </w:r>
    </w:p>
    <w:p w14:paraId="3F2C2B51" w14:textId="77777777" w:rsidR="007738B2" w:rsidRDefault="00402795">
      <w:pPr>
        <w:pStyle w:val="Overskrift2"/>
      </w:pPr>
      <w:proofErr w:type="spellStart"/>
      <w:r>
        <w:t>Nasjonale</w:t>
      </w:r>
      <w:proofErr w:type="spellEnd"/>
      <w:r>
        <w:t xml:space="preserve"> og </w:t>
      </w:r>
      <w:proofErr w:type="spellStart"/>
      <w:r>
        <w:t>felles</w:t>
      </w:r>
      <w:proofErr w:type="spellEnd"/>
      <w:r>
        <w:t xml:space="preserve"> </w:t>
      </w:r>
      <w:proofErr w:type="spellStart"/>
      <w:r>
        <w:t>undersøkelser</w:t>
      </w:r>
      <w:proofErr w:type="spellEnd"/>
    </w:p>
    <w:tbl>
      <w:tblPr>
        <w:tblStyle w:val="Tabellrutenett"/>
        <w:tblW w:w="9411" w:type="dxa"/>
        <w:jc w:val="center"/>
        <w:tblLayout w:type="fixed"/>
        <w:tblLook w:val="04A0" w:firstRow="1" w:lastRow="0" w:firstColumn="1" w:lastColumn="0" w:noHBand="0" w:noVBand="1"/>
      </w:tblPr>
      <w:tblGrid>
        <w:gridCol w:w="1984"/>
        <w:gridCol w:w="1984"/>
        <w:gridCol w:w="2438"/>
        <w:gridCol w:w="3005"/>
      </w:tblGrid>
      <w:tr w:rsidR="007738B2" w14:paraId="79F719D8" w14:textId="77777777" w:rsidTr="1A62B74B">
        <w:trPr>
          <w:tblHeader/>
          <w:jc w:val="center"/>
        </w:trPr>
        <w:tc>
          <w:tcPr>
            <w:tcW w:w="1984" w:type="dxa"/>
            <w:shd w:val="clear" w:color="auto" w:fill="173B57"/>
            <w:tcMar>
              <w:top w:w="90" w:type="dxa"/>
              <w:left w:w="120" w:type="dxa"/>
              <w:bottom w:w="90" w:type="dxa"/>
              <w:right w:w="120" w:type="dxa"/>
            </w:tcMar>
            <w:vAlign w:val="center"/>
          </w:tcPr>
          <w:p w14:paraId="1C8698F8" w14:textId="77777777" w:rsidR="007738B2" w:rsidRDefault="00402795">
            <w:pPr>
              <w:spacing w:after="0"/>
            </w:pPr>
            <w:proofErr w:type="spellStart"/>
            <w:r>
              <w:rPr>
                <w:b/>
                <w:color w:val="FFFFFF"/>
                <w:sz w:val="17"/>
              </w:rPr>
              <w:t>Aktivitet</w:t>
            </w:r>
            <w:proofErr w:type="spellEnd"/>
          </w:p>
        </w:tc>
        <w:tc>
          <w:tcPr>
            <w:tcW w:w="1984" w:type="dxa"/>
            <w:shd w:val="clear" w:color="auto" w:fill="173B57"/>
            <w:tcMar>
              <w:top w:w="90" w:type="dxa"/>
              <w:left w:w="120" w:type="dxa"/>
              <w:bottom w:w="90" w:type="dxa"/>
              <w:right w:w="120" w:type="dxa"/>
            </w:tcMar>
            <w:vAlign w:val="center"/>
          </w:tcPr>
          <w:p w14:paraId="72A73410" w14:textId="77777777" w:rsidR="007738B2" w:rsidRDefault="00402795">
            <w:pPr>
              <w:spacing w:after="0"/>
            </w:pPr>
            <w:r>
              <w:rPr>
                <w:b/>
                <w:color w:val="FFFFFF"/>
                <w:sz w:val="17"/>
              </w:rPr>
              <w:t>Trinn</w:t>
            </w:r>
          </w:p>
        </w:tc>
        <w:tc>
          <w:tcPr>
            <w:tcW w:w="2438" w:type="dxa"/>
            <w:shd w:val="clear" w:color="auto" w:fill="173B57"/>
            <w:tcMar>
              <w:top w:w="90" w:type="dxa"/>
              <w:left w:w="120" w:type="dxa"/>
              <w:bottom w:w="90" w:type="dxa"/>
              <w:right w:w="120" w:type="dxa"/>
            </w:tcMar>
            <w:vAlign w:val="center"/>
          </w:tcPr>
          <w:p w14:paraId="13853F14" w14:textId="77777777" w:rsidR="007738B2" w:rsidRDefault="00402795">
            <w:pPr>
              <w:spacing w:after="0"/>
            </w:pPr>
            <w:r>
              <w:rPr>
                <w:b/>
                <w:color w:val="FFFFFF"/>
                <w:sz w:val="17"/>
              </w:rPr>
              <w:t>Periode 2026/2027</w:t>
            </w:r>
          </w:p>
        </w:tc>
        <w:tc>
          <w:tcPr>
            <w:tcW w:w="3005" w:type="dxa"/>
            <w:shd w:val="clear" w:color="auto" w:fill="173B57"/>
            <w:tcMar>
              <w:top w:w="90" w:type="dxa"/>
              <w:left w:w="120" w:type="dxa"/>
              <w:bottom w:w="90" w:type="dxa"/>
              <w:right w:w="120" w:type="dxa"/>
            </w:tcMar>
            <w:vAlign w:val="center"/>
          </w:tcPr>
          <w:p w14:paraId="79D1A014" w14:textId="77777777" w:rsidR="007738B2" w:rsidRDefault="00402795">
            <w:pPr>
              <w:spacing w:after="0"/>
            </w:pPr>
            <w:r>
              <w:rPr>
                <w:b/>
                <w:color w:val="FFFFFF"/>
                <w:sz w:val="17"/>
              </w:rPr>
              <w:t>Oppfølging</w:t>
            </w:r>
          </w:p>
        </w:tc>
      </w:tr>
      <w:tr w:rsidR="007738B2" w:rsidRPr="00707FC6" w14:paraId="6B26ED51" w14:textId="77777777" w:rsidTr="1A62B74B">
        <w:trPr>
          <w:jc w:val="center"/>
        </w:trPr>
        <w:tc>
          <w:tcPr>
            <w:tcW w:w="1984" w:type="dxa"/>
            <w:tcMar>
              <w:top w:w="90" w:type="dxa"/>
              <w:left w:w="120" w:type="dxa"/>
              <w:bottom w:w="90" w:type="dxa"/>
              <w:right w:w="120" w:type="dxa"/>
            </w:tcMar>
            <w:vAlign w:val="center"/>
          </w:tcPr>
          <w:p w14:paraId="17A779F8" w14:textId="77777777" w:rsidR="007738B2" w:rsidRDefault="00402795">
            <w:pPr>
              <w:spacing w:after="0" w:line="252" w:lineRule="auto"/>
            </w:pPr>
            <w:r>
              <w:rPr>
                <w:sz w:val="17"/>
              </w:rPr>
              <w:t>Nasjonale prøver</w:t>
            </w:r>
          </w:p>
        </w:tc>
        <w:tc>
          <w:tcPr>
            <w:tcW w:w="1984" w:type="dxa"/>
            <w:tcMar>
              <w:top w:w="90" w:type="dxa"/>
              <w:left w:w="120" w:type="dxa"/>
              <w:bottom w:w="90" w:type="dxa"/>
              <w:right w:w="120" w:type="dxa"/>
            </w:tcMar>
            <w:vAlign w:val="center"/>
          </w:tcPr>
          <w:p w14:paraId="0EFED45F" w14:textId="77777777" w:rsidR="007738B2" w:rsidRDefault="00402795">
            <w:pPr>
              <w:spacing w:after="0" w:line="252" w:lineRule="auto"/>
            </w:pPr>
            <w:r>
              <w:rPr>
                <w:sz w:val="17"/>
              </w:rPr>
              <w:t>5., 8. og 9. trinn</w:t>
            </w:r>
          </w:p>
        </w:tc>
        <w:tc>
          <w:tcPr>
            <w:tcW w:w="2438" w:type="dxa"/>
            <w:tcMar>
              <w:top w:w="90" w:type="dxa"/>
              <w:left w:w="120" w:type="dxa"/>
              <w:bottom w:w="90" w:type="dxa"/>
              <w:right w:w="120" w:type="dxa"/>
            </w:tcMar>
            <w:vAlign w:val="center"/>
          </w:tcPr>
          <w:p w14:paraId="6125F99B" w14:textId="77777777" w:rsidR="007738B2" w:rsidRDefault="00402795">
            <w:pPr>
              <w:spacing w:after="0" w:line="252" w:lineRule="auto"/>
            </w:pPr>
            <w:r>
              <w:rPr>
                <w:sz w:val="17"/>
              </w:rPr>
              <w:t>31. august–25. september 2026</w:t>
            </w:r>
          </w:p>
        </w:tc>
        <w:tc>
          <w:tcPr>
            <w:tcW w:w="3005" w:type="dxa"/>
            <w:tcMar>
              <w:top w:w="90" w:type="dxa"/>
              <w:left w:w="120" w:type="dxa"/>
              <w:bottom w:w="90" w:type="dxa"/>
              <w:right w:w="120" w:type="dxa"/>
            </w:tcMar>
            <w:vAlign w:val="center"/>
          </w:tcPr>
          <w:p w14:paraId="08E598E3" w14:textId="77777777" w:rsidR="007738B2" w:rsidRPr="00C64952" w:rsidRDefault="00402795">
            <w:pPr>
              <w:spacing w:after="0" w:line="252" w:lineRule="auto"/>
              <w:rPr>
                <w:lang w:val="nb-NO"/>
              </w:rPr>
            </w:pPr>
            <w:r w:rsidRPr="00C64952">
              <w:rPr>
                <w:sz w:val="17"/>
                <w:lang w:val="nb-NO"/>
              </w:rPr>
              <w:t>Resultatene analyseres og brukes i undervisnings- og utviklingsarbeidet.</w:t>
            </w:r>
          </w:p>
        </w:tc>
      </w:tr>
      <w:tr w:rsidR="007738B2" w:rsidRPr="00707FC6" w14:paraId="0CBC3DAC" w14:textId="77777777" w:rsidTr="1A62B74B">
        <w:trPr>
          <w:jc w:val="center"/>
        </w:trPr>
        <w:tc>
          <w:tcPr>
            <w:tcW w:w="1984" w:type="dxa"/>
            <w:tcMar>
              <w:top w:w="90" w:type="dxa"/>
              <w:left w:w="120" w:type="dxa"/>
              <w:bottom w:w="90" w:type="dxa"/>
              <w:right w:w="120" w:type="dxa"/>
            </w:tcMar>
            <w:vAlign w:val="center"/>
          </w:tcPr>
          <w:p w14:paraId="4F6B26C0" w14:textId="77777777" w:rsidR="007738B2" w:rsidRDefault="00402795">
            <w:pPr>
              <w:spacing w:after="0" w:line="252" w:lineRule="auto"/>
            </w:pPr>
            <w:proofErr w:type="spellStart"/>
            <w:r>
              <w:rPr>
                <w:sz w:val="17"/>
              </w:rPr>
              <w:t>Kartleggingsprøver</w:t>
            </w:r>
            <w:proofErr w:type="spellEnd"/>
          </w:p>
        </w:tc>
        <w:tc>
          <w:tcPr>
            <w:tcW w:w="1984" w:type="dxa"/>
            <w:tcMar>
              <w:top w:w="90" w:type="dxa"/>
              <w:left w:w="120" w:type="dxa"/>
              <w:bottom w:w="90" w:type="dxa"/>
              <w:right w:w="120" w:type="dxa"/>
            </w:tcMar>
            <w:vAlign w:val="center"/>
          </w:tcPr>
          <w:p w14:paraId="5CBA63FF" w14:textId="77777777" w:rsidR="007738B2" w:rsidRDefault="00402795">
            <w:pPr>
              <w:spacing w:after="0" w:line="252" w:lineRule="auto"/>
            </w:pPr>
            <w:r>
              <w:rPr>
                <w:sz w:val="17"/>
              </w:rPr>
              <w:t>2. trinn (frivillig ordning)</w:t>
            </w:r>
          </w:p>
        </w:tc>
        <w:tc>
          <w:tcPr>
            <w:tcW w:w="2438" w:type="dxa"/>
            <w:tcMar>
              <w:top w:w="90" w:type="dxa"/>
              <w:left w:w="120" w:type="dxa"/>
              <w:bottom w:w="90" w:type="dxa"/>
              <w:right w:w="120" w:type="dxa"/>
            </w:tcMar>
            <w:vAlign w:val="center"/>
          </w:tcPr>
          <w:p w14:paraId="759B1C14" w14:textId="77777777" w:rsidR="007738B2" w:rsidRDefault="00402795">
            <w:pPr>
              <w:spacing w:after="0" w:line="252" w:lineRule="auto"/>
            </w:pPr>
            <w:r>
              <w:rPr>
                <w:sz w:val="17"/>
              </w:rPr>
              <w:t>31. august–6. november 2026</w:t>
            </w:r>
          </w:p>
        </w:tc>
        <w:tc>
          <w:tcPr>
            <w:tcW w:w="3005" w:type="dxa"/>
            <w:tcMar>
              <w:top w:w="90" w:type="dxa"/>
              <w:left w:w="120" w:type="dxa"/>
              <w:bottom w:w="90" w:type="dxa"/>
              <w:right w:w="120" w:type="dxa"/>
            </w:tcMar>
            <w:vAlign w:val="center"/>
          </w:tcPr>
          <w:p w14:paraId="5A91216D" w14:textId="77777777" w:rsidR="007738B2" w:rsidRPr="00C64952" w:rsidRDefault="00402795">
            <w:pPr>
              <w:spacing w:after="0" w:line="252" w:lineRule="auto"/>
              <w:rPr>
                <w:lang w:val="nb-NO"/>
              </w:rPr>
            </w:pPr>
            <w:r w:rsidRPr="00C64952">
              <w:rPr>
                <w:sz w:val="17"/>
                <w:lang w:val="nb-NO"/>
              </w:rPr>
              <w:t>Brukes etter skolens vurdering og i tråd med nasjonale føringer.</w:t>
            </w:r>
          </w:p>
        </w:tc>
      </w:tr>
      <w:tr w:rsidR="007738B2" w:rsidRPr="00707FC6" w14:paraId="08337541" w14:textId="77777777" w:rsidTr="1A62B74B">
        <w:trPr>
          <w:jc w:val="center"/>
        </w:trPr>
        <w:tc>
          <w:tcPr>
            <w:tcW w:w="1984" w:type="dxa"/>
            <w:shd w:val="clear" w:color="auto" w:fill="F3F5F6"/>
            <w:tcMar>
              <w:top w:w="90" w:type="dxa"/>
              <w:left w:w="120" w:type="dxa"/>
              <w:bottom w:w="90" w:type="dxa"/>
              <w:right w:w="120" w:type="dxa"/>
            </w:tcMar>
            <w:vAlign w:val="center"/>
          </w:tcPr>
          <w:p w14:paraId="2C96B89E" w14:textId="77777777" w:rsidR="007738B2" w:rsidRDefault="00402795">
            <w:pPr>
              <w:spacing w:after="0" w:line="252" w:lineRule="auto"/>
            </w:pPr>
            <w:proofErr w:type="spellStart"/>
            <w:r>
              <w:rPr>
                <w:sz w:val="17"/>
              </w:rPr>
              <w:t>Kartleggingsprøver</w:t>
            </w:r>
            <w:proofErr w:type="spellEnd"/>
          </w:p>
        </w:tc>
        <w:tc>
          <w:tcPr>
            <w:tcW w:w="1984" w:type="dxa"/>
            <w:shd w:val="clear" w:color="auto" w:fill="F3F5F6"/>
            <w:tcMar>
              <w:top w:w="90" w:type="dxa"/>
              <w:left w:w="120" w:type="dxa"/>
              <w:bottom w:w="90" w:type="dxa"/>
              <w:right w:w="120" w:type="dxa"/>
            </w:tcMar>
            <w:vAlign w:val="center"/>
          </w:tcPr>
          <w:p w14:paraId="2D3543AA" w14:textId="77777777" w:rsidR="007738B2" w:rsidRDefault="00402795">
            <w:pPr>
              <w:spacing w:after="0" w:line="252" w:lineRule="auto"/>
            </w:pPr>
            <w:r>
              <w:rPr>
                <w:sz w:val="17"/>
              </w:rPr>
              <w:t>3. trinn</w:t>
            </w:r>
          </w:p>
        </w:tc>
        <w:tc>
          <w:tcPr>
            <w:tcW w:w="2438" w:type="dxa"/>
            <w:shd w:val="clear" w:color="auto" w:fill="F3F5F6"/>
            <w:tcMar>
              <w:top w:w="90" w:type="dxa"/>
              <w:left w:w="120" w:type="dxa"/>
              <w:bottom w:w="90" w:type="dxa"/>
              <w:right w:w="120" w:type="dxa"/>
            </w:tcMar>
            <w:vAlign w:val="center"/>
          </w:tcPr>
          <w:p w14:paraId="6F71A86C" w14:textId="77777777" w:rsidR="007738B2" w:rsidRDefault="00402795">
            <w:pPr>
              <w:spacing w:after="0" w:line="252" w:lineRule="auto"/>
            </w:pPr>
            <w:r>
              <w:rPr>
                <w:sz w:val="17"/>
              </w:rPr>
              <w:t>7. september–16. oktober 2026</w:t>
            </w:r>
          </w:p>
        </w:tc>
        <w:tc>
          <w:tcPr>
            <w:tcW w:w="3005" w:type="dxa"/>
            <w:shd w:val="clear" w:color="auto" w:fill="F3F5F6"/>
            <w:tcMar>
              <w:top w:w="90" w:type="dxa"/>
              <w:left w:w="120" w:type="dxa"/>
              <w:bottom w:w="90" w:type="dxa"/>
              <w:right w:w="120" w:type="dxa"/>
            </w:tcMar>
            <w:vAlign w:val="center"/>
          </w:tcPr>
          <w:p w14:paraId="76572500" w14:textId="77777777" w:rsidR="007738B2" w:rsidRPr="00C64952" w:rsidRDefault="00402795">
            <w:pPr>
              <w:spacing w:after="0" w:line="252" w:lineRule="auto"/>
              <w:rPr>
                <w:lang w:val="nb-NO"/>
              </w:rPr>
            </w:pPr>
            <w:r w:rsidRPr="00C64952">
              <w:rPr>
                <w:sz w:val="17"/>
                <w:lang w:val="nb-NO"/>
              </w:rPr>
              <w:t>Resultatene følges opp med tilpasning og eventuelle tiltak.</w:t>
            </w:r>
          </w:p>
        </w:tc>
      </w:tr>
      <w:tr w:rsidR="00200428" w:rsidRPr="00707FC6" w14:paraId="2DABC656" w14:textId="77777777" w:rsidTr="1A62B74B">
        <w:trPr>
          <w:jc w:val="center"/>
        </w:trPr>
        <w:tc>
          <w:tcPr>
            <w:tcW w:w="1984" w:type="dxa"/>
            <w:shd w:val="clear" w:color="auto" w:fill="F3F5F6"/>
            <w:tcMar>
              <w:top w:w="90" w:type="dxa"/>
              <w:left w:w="120" w:type="dxa"/>
              <w:bottom w:w="90" w:type="dxa"/>
              <w:right w:w="120" w:type="dxa"/>
            </w:tcMar>
            <w:vAlign w:val="center"/>
          </w:tcPr>
          <w:p w14:paraId="3925E2A8" w14:textId="77777777" w:rsidR="00200428" w:rsidRDefault="00200428">
            <w:pPr>
              <w:spacing w:after="0" w:line="252" w:lineRule="auto"/>
              <w:rPr>
                <w:sz w:val="17"/>
              </w:rPr>
            </w:pPr>
            <w:proofErr w:type="spellStart"/>
            <w:r>
              <w:rPr>
                <w:sz w:val="17"/>
              </w:rPr>
              <w:t>Kartleggingsprøver</w:t>
            </w:r>
            <w:proofErr w:type="spellEnd"/>
          </w:p>
        </w:tc>
        <w:tc>
          <w:tcPr>
            <w:tcW w:w="1984" w:type="dxa"/>
            <w:shd w:val="clear" w:color="auto" w:fill="F3F5F6"/>
            <w:tcMar>
              <w:top w:w="90" w:type="dxa"/>
              <w:left w:w="120" w:type="dxa"/>
              <w:bottom w:w="90" w:type="dxa"/>
              <w:right w:w="120" w:type="dxa"/>
            </w:tcMar>
            <w:vAlign w:val="center"/>
          </w:tcPr>
          <w:p w14:paraId="7D7508AA" w14:textId="77777777" w:rsidR="00200428" w:rsidRDefault="06322DE3" w:rsidP="1A62B74B">
            <w:pPr>
              <w:spacing w:after="0" w:line="252" w:lineRule="auto"/>
              <w:rPr>
                <w:sz w:val="17"/>
                <w:szCs w:val="17"/>
              </w:rPr>
            </w:pPr>
            <w:r w:rsidRPr="1A62B74B">
              <w:rPr>
                <w:sz w:val="17"/>
                <w:szCs w:val="17"/>
              </w:rPr>
              <w:t xml:space="preserve">1. – 10. </w:t>
            </w:r>
            <w:r w:rsidR="30EF06CC" w:rsidRPr="1A62B74B">
              <w:rPr>
                <w:sz w:val="17"/>
                <w:szCs w:val="17"/>
              </w:rPr>
              <w:t>tri</w:t>
            </w:r>
            <w:r w:rsidRPr="1A62B74B">
              <w:rPr>
                <w:sz w:val="17"/>
                <w:szCs w:val="17"/>
              </w:rPr>
              <w:t>nn</w:t>
            </w:r>
          </w:p>
        </w:tc>
        <w:tc>
          <w:tcPr>
            <w:tcW w:w="2438" w:type="dxa"/>
            <w:shd w:val="clear" w:color="auto" w:fill="F3F5F6"/>
            <w:tcMar>
              <w:top w:w="90" w:type="dxa"/>
              <w:left w:w="120" w:type="dxa"/>
              <w:bottom w:w="90" w:type="dxa"/>
              <w:right w:w="120" w:type="dxa"/>
            </w:tcMar>
            <w:vAlign w:val="center"/>
          </w:tcPr>
          <w:p w14:paraId="0DDA6676" w14:textId="77777777" w:rsidR="00200428" w:rsidRPr="00DC2C05" w:rsidRDefault="00D215E6">
            <w:pPr>
              <w:spacing w:after="0" w:line="252" w:lineRule="auto"/>
              <w:rPr>
                <w:sz w:val="17"/>
                <w:lang w:val="nb-NO"/>
              </w:rPr>
            </w:pPr>
            <w:r w:rsidRPr="00DC2C05">
              <w:rPr>
                <w:sz w:val="17"/>
                <w:lang w:val="nb-NO"/>
              </w:rPr>
              <w:t>Før utviklingssamtaler høst og vår</w:t>
            </w:r>
          </w:p>
        </w:tc>
        <w:tc>
          <w:tcPr>
            <w:tcW w:w="3005" w:type="dxa"/>
            <w:shd w:val="clear" w:color="auto" w:fill="F3F5F6"/>
            <w:tcMar>
              <w:top w:w="90" w:type="dxa"/>
              <w:left w:w="120" w:type="dxa"/>
              <w:bottom w:w="90" w:type="dxa"/>
              <w:right w:w="120" w:type="dxa"/>
            </w:tcMar>
            <w:vAlign w:val="center"/>
          </w:tcPr>
          <w:p w14:paraId="0E99645C" w14:textId="77777777" w:rsidR="00200428" w:rsidRPr="00C64952" w:rsidRDefault="45D1B1A3" w:rsidP="1A62B74B">
            <w:pPr>
              <w:spacing w:after="0" w:line="252" w:lineRule="auto"/>
              <w:rPr>
                <w:sz w:val="17"/>
                <w:szCs w:val="17"/>
                <w:lang w:val="nb-NO"/>
              </w:rPr>
            </w:pPr>
            <w:r w:rsidRPr="1A62B74B">
              <w:rPr>
                <w:sz w:val="17"/>
                <w:szCs w:val="17"/>
                <w:lang w:val="nb-NO"/>
              </w:rPr>
              <w:t xml:space="preserve">Resultater </w:t>
            </w:r>
            <w:r w:rsidR="10AB8810" w:rsidRPr="1A62B74B">
              <w:rPr>
                <w:sz w:val="17"/>
                <w:szCs w:val="17"/>
                <w:lang w:val="nb-NO"/>
              </w:rPr>
              <w:t xml:space="preserve">brukes til </w:t>
            </w:r>
            <w:r w:rsidR="7C595403" w:rsidRPr="1A62B74B">
              <w:rPr>
                <w:sz w:val="17"/>
                <w:szCs w:val="17"/>
                <w:lang w:val="nb-NO"/>
              </w:rPr>
              <w:t xml:space="preserve">faglige </w:t>
            </w:r>
            <w:r w:rsidR="10AB8810" w:rsidRPr="1A62B74B">
              <w:rPr>
                <w:sz w:val="17"/>
                <w:szCs w:val="17"/>
                <w:lang w:val="nb-NO"/>
              </w:rPr>
              <w:t xml:space="preserve">tilbakemeldinger </w:t>
            </w:r>
            <w:r w:rsidR="7C595403" w:rsidRPr="1A62B74B">
              <w:rPr>
                <w:sz w:val="17"/>
                <w:szCs w:val="17"/>
                <w:lang w:val="nb-NO"/>
              </w:rPr>
              <w:t>i utviklingssamtaler</w:t>
            </w:r>
            <w:r w:rsidR="1038ECF6" w:rsidRPr="1A62B74B">
              <w:rPr>
                <w:sz w:val="17"/>
                <w:szCs w:val="17"/>
                <w:lang w:val="nb-NO"/>
              </w:rPr>
              <w:t xml:space="preserve"> og eventuelle tiltak</w:t>
            </w:r>
            <w:r w:rsidR="5BE45151" w:rsidRPr="1A62B74B">
              <w:rPr>
                <w:sz w:val="17"/>
                <w:szCs w:val="17"/>
                <w:lang w:val="nb-NO"/>
              </w:rPr>
              <w:t>.</w:t>
            </w:r>
          </w:p>
        </w:tc>
      </w:tr>
      <w:tr w:rsidR="007738B2" w:rsidRPr="00707FC6" w14:paraId="54D66820" w14:textId="77777777" w:rsidTr="1A62B74B">
        <w:trPr>
          <w:jc w:val="center"/>
        </w:trPr>
        <w:tc>
          <w:tcPr>
            <w:tcW w:w="1984" w:type="dxa"/>
            <w:tcMar>
              <w:top w:w="90" w:type="dxa"/>
              <w:left w:w="120" w:type="dxa"/>
              <w:bottom w:w="90" w:type="dxa"/>
              <w:right w:w="120" w:type="dxa"/>
            </w:tcMar>
            <w:vAlign w:val="center"/>
          </w:tcPr>
          <w:p w14:paraId="31E48B76" w14:textId="77777777" w:rsidR="007738B2" w:rsidRDefault="00402795">
            <w:pPr>
              <w:spacing w:after="0" w:line="252" w:lineRule="auto"/>
            </w:pPr>
            <w:proofErr w:type="spellStart"/>
            <w:r>
              <w:rPr>
                <w:sz w:val="17"/>
              </w:rPr>
              <w:t>Klassetrivsel</w:t>
            </w:r>
            <w:proofErr w:type="spellEnd"/>
            <w:r>
              <w:rPr>
                <w:sz w:val="17"/>
              </w:rPr>
              <w:t xml:space="preserve"> og </w:t>
            </w:r>
            <w:proofErr w:type="spellStart"/>
            <w:r>
              <w:rPr>
                <w:sz w:val="17"/>
              </w:rPr>
              <w:t>Spekter</w:t>
            </w:r>
            <w:proofErr w:type="spellEnd"/>
          </w:p>
        </w:tc>
        <w:tc>
          <w:tcPr>
            <w:tcW w:w="1984" w:type="dxa"/>
            <w:tcMar>
              <w:top w:w="90" w:type="dxa"/>
              <w:left w:w="120" w:type="dxa"/>
              <w:bottom w:w="90" w:type="dxa"/>
              <w:right w:w="120" w:type="dxa"/>
            </w:tcMar>
            <w:vAlign w:val="center"/>
          </w:tcPr>
          <w:p w14:paraId="27C70CE1" w14:textId="77777777" w:rsidR="007738B2" w:rsidRDefault="00402795">
            <w:pPr>
              <w:spacing w:after="0" w:line="252" w:lineRule="auto"/>
            </w:pPr>
            <w:r>
              <w:rPr>
                <w:sz w:val="17"/>
              </w:rPr>
              <w:t>Aktuelle trinn</w:t>
            </w:r>
          </w:p>
        </w:tc>
        <w:tc>
          <w:tcPr>
            <w:tcW w:w="2438" w:type="dxa"/>
            <w:tcMar>
              <w:top w:w="90" w:type="dxa"/>
              <w:left w:w="120" w:type="dxa"/>
              <w:bottom w:w="90" w:type="dxa"/>
              <w:right w:w="120" w:type="dxa"/>
            </w:tcMar>
            <w:vAlign w:val="center"/>
          </w:tcPr>
          <w:p w14:paraId="1A45D381" w14:textId="77777777" w:rsidR="007738B2" w:rsidRDefault="00402795">
            <w:pPr>
              <w:spacing w:after="0" w:line="252" w:lineRule="auto"/>
            </w:pPr>
            <w:r>
              <w:rPr>
                <w:sz w:val="17"/>
              </w:rPr>
              <w:t>September–oktober 2026</w:t>
            </w:r>
          </w:p>
        </w:tc>
        <w:tc>
          <w:tcPr>
            <w:tcW w:w="3005" w:type="dxa"/>
            <w:tcMar>
              <w:top w:w="90" w:type="dxa"/>
              <w:left w:w="120" w:type="dxa"/>
              <w:bottom w:w="90" w:type="dxa"/>
              <w:right w:w="120" w:type="dxa"/>
            </w:tcMar>
            <w:vAlign w:val="center"/>
          </w:tcPr>
          <w:p w14:paraId="03CFC572" w14:textId="77777777" w:rsidR="007738B2" w:rsidRPr="00C64952" w:rsidRDefault="00402795">
            <w:pPr>
              <w:spacing w:after="0" w:line="252" w:lineRule="auto"/>
              <w:rPr>
                <w:lang w:val="nb-NO"/>
              </w:rPr>
            </w:pPr>
            <w:r w:rsidRPr="00C64952">
              <w:rPr>
                <w:sz w:val="17"/>
                <w:lang w:val="nb-NO"/>
              </w:rPr>
              <w:t>Brukes i skolens arbeid med trivsel, relasjoner, tilhørighet og et trygt og inkluderende skolemiljø.</w:t>
            </w:r>
          </w:p>
        </w:tc>
      </w:tr>
      <w:tr w:rsidR="007738B2" w:rsidRPr="00707FC6" w14:paraId="0AAE454F" w14:textId="77777777" w:rsidTr="1A62B74B">
        <w:trPr>
          <w:jc w:val="center"/>
        </w:trPr>
        <w:tc>
          <w:tcPr>
            <w:tcW w:w="1984" w:type="dxa"/>
            <w:tcMar>
              <w:top w:w="90" w:type="dxa"/>
              <w:left w:w="120" w:type="dxa"/>
              <w:bottom w:w="90" w:type="dxa"/>
              <w:right w:w="120" w:type="dxa"/>
            </w:tcMar>
            <w:vAlign w:val="center"/>
          </w:tcPr>
          <w:p w14:paraId="406578EE" w14:textId="77777777" w:rsidR="007738B2" w:rsidRDefault="00402795">
            <w:pPr>
              <w:spacing w:after="0" w:line="252" w:lineRule="auto"/>
            </w:pPr>
            <w:proofErr w:type="spellStart"/>
            <w:r>
              <w:rPr>
                <w:sz w:val="17"/>
              </w:rPr>
              <w:t>Elevundersøkelsen</w:t>
            </w:r>
            <w:proofErr w:type="spellEnd"/>
          </w:p>
        </w:tc>
        <w:tc>
          <w:tcPr>
            <w:tcW w:w="1984" w:type="dxa"/>
            <w:tcMar>
              <w:top w:w="90" w:type="dxa"/>
              <w:left w:w="120" w:type="dxa"/>
              <w:bottom w:w="90" w:type="dxa"/>
              <w:right w:w="120" w:type="dxa"/>
            </w:tcMar>
            <w:vAlign w:val="center"/>
          </w:tcPr>
          <w:p w14:paraId="0FDD0C1E" w14:textId="77777777" w:rsidR="007738B2" w:rsidRDefault="45712B30" w:rsidP="1A62B74B">
            <w:pPr>
              <w:spacing w:after="0" w:line="252" w:lineRule="auto"/>
              <w:rPr>
                <w:sz w:val="17"/>
                <w:szCs w:val="17"/>
              </w:rPr>
            </w:pPr>
            <w:r w:rsidRPr="1A62B74B">
              <w:rPr>
                <w:sz w:val="17"/>
                <w:szCs w:val="17"/>
              </w:rPr>
              <w:t>5.–10. trinn</w:t>
            </w:r>
          </w:p>
        </w:tc>
        <w:tc>
          <w:tcPr>
            <w:tcW w:w="2438" w:type="dxa"/>
            <w:tcMar>
              <w:top w:w="90" w:type="dxa"/>
              <w:left w:w="120" w:type="dxa"/>
              <w:bottom w:w="90" w:type="dxa"/>
              <w:right w:w="120" w:type="dxa"/>
            </w:tcMar>
            <w:vAlign w:val="center"/>
          </w:tcPr>
          <w:p w14:paraId="2E26A395" w14:textId="77777777" w:rsidR="007738B2" w:rsidRDefault="00402795">
            <w:pPr>
              <w:spacing w:after="0" w:line="252" w:lineRule="auto"/>
            </w:pPr>
            <w:r>
              <w:rPr>
                <w:sz w:val="17"/>
              </w:rPr>
              <w:t>19. oktober–13. november 2026</w:t>
            </w:r>
          </w:p>
        </w:tc>
        <w:tc>
          <w:tcPr>
            <w:tcW w:w="3005" w:type="dxa"/>
            <w:tcMar>
              <w:top w:w="90" w:type="dxa"/>
              <w:left w:w="120" w:type="dxa"/>
              <w:bottom w:w="90" w:type="dxa"/>
              <w:right w:w="120" w:type="dxa"/>
            </w:tcMar>
            <w:vAlign w:val="center"/>
          </w:tcPr>
          <w:p w14:paraId="1B5E45F3" w14:textId="77777777" w:rsidR="007738B2" w:rsidRPr="00C64952" w:rsidRDefault="00402795">
            <w:pPr>
              <w:spacing w:after="0" w:line="252" w:lineRule="auto"/>
              <w:rPr>
                <w:lang w:val="nb-NO"/>
              </w:rPr>
            </w:pPr>
            <w:r w:rsidRPr="00C64952">
              <w:rPr>
                <w:sz w:val="17"/>
                <w:lang w:val="nb-NO"/>
              </w:rPr>
              <w:t>Resultatene analyseres med vekt på trivsel, læring, mobbing og tilhørighet.</w:t>
            </w:r>
          </w:p>
        </w:tc>
      </w:tr>
      <w:tr w:rsidR="007738B2" w:rsidRPr="00707FC6" w14:paraId="135DA486" w14:textId="77777777" w:rsidTr="1A62B74B">
        <w:trPr>
          <w:jc w:val="center"/>
        </w:trPr>
        <w:tc>
          <w:tcPr>
            <w:tcW w:w="1984" w:type="dxa"/>
            <w:shd w:val="clear" w:color="auto" w:fill="F3F5F6"/>
            <w:tcMar>
              <w:top w:w="90" w:type="dxa"/>
              <w:left w:w="120" w:type="dxa"/>
              <w:bottom w:w="90" w:type="dxa"/>
              <w:right w:w="120" w:type="dxa"/>
            </w:tcMar>
            <w:vAlign w:val="center"/>
          </w:tcPr>
          <w:p w14:paraId="5AA5ACDB" w14:textId="77777777" w:rsidR="007738B2" w:rsidRDefault="00402795">
            <w:pPr>
              <w:spacing w:after="0" w:line="252" w:lineRule="auto"/>
            </w:pPr>
            <w:proofErr w:type="spellStart"/>
            <w:r>
              <w:rPr>
                <w:sz w:val="17"/>
              </w:rPr>
              <w:t>Spekter</w:t>
            </w:r>
            <w:proofErr w:type="spellEnd"/>
            <w:r>
              <w:rPr>
                <w:sz w:val="17"/>
              </w:rPr>
              <w:t xml:space="preserve"> – </w:t>
            </w:r>
            <w:proofErr w:type="spellStart"/>
            <w:r>
              <w:rPr>
                <w:sz w:val="17"/>
              </w:rPr>
              <w:t>oppfølging</w:t>
            </w:r>
            <w:proofErr w:type="spellEnd"/>
          </w:p>
        </w:tc>
        <w:tc>
          <w:tcPr>
            <w:tcW w:w="1984" w:type="dxa"/>
            <w:shd w:val="clear" w:color="auto" w:fill="F3F5F6"/>
            <w:tcMar>
              <w:top w:w="90" w:type="dxa"/>
              <w:left w:w="120" w:type="dxa"/>
              <w:bottom w:w="90" w:type="dxa"/>
              <w:right w:w="120" w:type="dxa"/>
            </w:tcMar>
            <w:vAlign w:val="center"/>
          </w:tcPr>
          <w:p w14:paraId="20E54080" w14:textId="77777777" w:rsidR="007738B2" w:rsidRDefault="00402795">
            <w:pPr>
              <w:spacing w:after="0" w:line="252" w:lineRule="auto"/>
            </w:pPr>
            <w:r>
              <w:rPr>
                <w:sz w:val="17"/>
              </w:rPr>
              <w:t>Aktuelle trinn og elevgrupper</w:t>
            </w:r>
          </w:p>
        </w:tc>
        <w:tc>
          <w:tcPr>
            <w:tcW w:w="2438" w:type="dxa"/>
            <w:shd w:val="clear" w:color="auto" w:fill="F3F5F6"/>
            <w:tcMar>
              <w:top w:w="90" w:type="dxa"/>
              <w:left w:w="120" w:type="dxa"/>
              <w:bottom w:w="90" w:type="dxa"/>
              <w:right w:w="120" w:type="dxa"/>
            </w:tcMar>
            <w:vAlign w:val="center"/>
          </w:tcPr>
          <w:p w14:paraId="15E83A68" w14:textId="77777777" w:rsidR="007738B2" w:rsidRDefault="00402795">
            <w:pPr>
              <w:spacing w:after="0" w:line="252" w:lineRule="auto"/>
            </w:pPr>
            <w:r>
              <w:rPr>
                <w:sz w:val="17"/>
              </w:rPr>
              <w:t>Februar 2027</w:t>
            </w:r>
          </w:p>
        </w:tc>
        <w:tc>
          <w:tcPr>
            <w:tcW w:w="3005" w:type="dxa"/>
            <w:shd w:val="clear" w:color="auto" w:fill="F3F5F6"/>
            <w:tcMar>
              <w:top w:w="90" w:type="dxa"/>
              <w:left w:w="120" w:type="dxa"/>
              <w:bottom w:w="90" w:type="dxa"/>
              <w:right w:w="120" w:type="dxa"/>
            </w:tcMar>
            <w:vAlign w:val="center"/>
          </w:tcPr>
          <w:p w14:paraId="09155B56" w14:textId="77777777" w:rsidR="007738B2" w:rsidRPr="00C64952" w:rsidRDefault="00402795">
            <w:pPr>
              <w:spacing w:after="0" w:line="252" w:lineRule="auto"/>
              <w:rPr>
                <w:lang w:val="nb-NO"/>
              </w:rPr>
            </w:pPr>
            <w:r w:rsidRPr="00C64952">
              <w:rPr>
                <w:sz w:val="17"/>
                <w:lang w:val="nb-NO"/>
              </w:rPr>
              <w:t>Brukes til å følge utviklingen og vurdere behov for videre eller justerte tiltak.</w:t>
            </w:r>
          </w:p>
        </w:tc>
      </w:tr>
      <w:tr w:rsidR="007738B2" w:rsidRPr="00707FC6" w14:paraId="656D51D8" w14:textId="77777777" w:rsidTr="1A62B74B">
        <w:trPr>
          <w:jc w:val="center"/>
        </w:trPr>
        <w:tc>
          <w:tcPr>
            <w:tcW w:w="1984" w:type="dxa"/>
            <w:tcMar>
              <w:top w:w="90" w:type="dxa"/>
              <w:left w:w="120" w:type="dxa"/>
              <w:bottom w:w="90" w:type="dxa"/>
              <w:right w:w="120" w:type="dxa"/>
            </w:tcMar>
            <w:vAlign w:val="center"/>
          </w:tcPr>
          <w:p w14:paraId="0A7D5797" w14:textId="77777777" w:rsidR="007738B2" w:rsidRDefault="00402795">
            <w:pPr>
              <w:spacing w:after="0" w:line="252" w:lineRule="auto"/>
            </w:pPr>
            <w:proofErr w:type="spellStart"/>
            <w:r>
              <w:rPr>
                <w:sz w:val="17"/>
              </w:rPr>
              <w:t>Eksamen</w:t>
            </w:r>
            <w:proofErr w:type="spellEnd"/>
          </w:p>
        </w:tc>
        <w:tc>
          <w:tcPr>
            <w:tcW w:w="1984" w:type="dxa"/>
            <w:tcMar>
              <w:top w:w="90" w:type="dxa"/>
              <w:left w:w="120" w:type="dxa"/>
              <w:bottom w:w="90" w:type="dxa"/>
              <w:right w:w="120" w:type="dxa"/>
            </w:tcMar>
            <w:vAlign w:val="center"/>
          </w:tcPr>
          <w:p w14:paraId="0595E419" w14:textId="77777777" w:rsidR="007738B2" w:rsidRDefault="00402795">
            <w:pPr>
              <w:spacing w:after="0" w:line="252" w:lineRule="auto"/>
            </w:pPr>
            <w:r>
              <w:rPr>
                <w:sz w:val="17"/>
              </w:rPr>
              <w:t>10. trinn</w:t>
            </w:r>
          </w:p>
        </w:tc>
        <w:tc>
          <w:tcPr>
            <w:tcW w:w="2438" w:type="dxa"/>
            <w:tcMar>
              <w:top w:w="90" w:type="dxa"/>
              <w:left w:w="120" w:type="dxa"/>
              <w:bottom w:w="90" w:type="dxa"/>
              <w:right w:w="120" w:type="dxa"/>
            </w:tcMar>
            <w:vAlign w:val="center"/>
          </w:tcPr>
          <w:p w14:paraId="625C34F3" w14:textId="77777777" w:rsidR="007738B2" w:rsidRDefault="00402795">
            <w:pPr>
              <w:spacing w:after="0" w:line="252" w:lineRule="auto"/>
            </w:pPr>
            <w:r>
              <w:rPr>
                <w:sz w:val="17"/>
              </w:rPr>
              <w:t>Mai–juni 2027</w:t>
            </w:r>
          </w:p>
        </w:tc>
        <w:tc>
          <w:tcPr>
            <w:tcW w:w="3005" w:type="dxa"/>
            <w:tcMar>
              <w:top w:w="90" w:type="dxa"/>
              <w:left w:w="120" w:type="dxa"/>
              <w:bottom w:w="90" w:type="dxa"/>
              <w:right w:w="120" w:type="dxa"/>
            </w:tcMar>
            <w:vAlign w:val="center"/>
          </w:tcPr>
          <w:p w14:paraId="06682C04" w14:textId="77777777" w:rsidR="007738B2" w:rsidRPr="00C64952" w:rsidRDefault="00402795">
            <w:pPr>
              <w:spacing w:after="0" w:line="252" w:lineRule="auto"/>
              <w:rPr>
                <w:lang w:val="nb-NO"/>
              </w:rPr>
            </w:pPr>
            <w:r w:rsidRPr="00C64952">
              <w:rPr>
                <w:sz w:val="17"/>
                <w:lang w:val="nb-NO"/>
              </w:rPr>
              <w:t>Skriftlig og muntlig eksamen etter nasjonale og lokale planer.</w:t>
            </w:r>
          </w:p>
        </w:tc>
      </w:tr>
    </w:tbl>
    <w:p w14:paraId="2DE9B4BF" w14:textId="77777777" w:rsidR="007738B2" w:rsidRPr="00C64952" w:rsidRDefault="007738B2">
      <w:pPr>
        <w:spacing w:after="0"/>
        <w:rPr>
          <w:lang w:val="nb-NO"/>
        </w:rPr>
      </w:pPr>
    </w:p>
    <w:p w14:paraId="79C7BEBA" w14:textId="77777777" w:rsidR="007738B2" w:rsidRDefault="00402795">
      <w:pPr>
        <w:pStyle w:val="Overskrift2"/>
      </w:pPr>
      <w:proofErr w:type="spellStart"/>
      <w:r>
        <w:t>Vurdering</w:t>
      </w:r>
      <w:proofErr w:type="spellEnd"/>
      <w:r>
        <w:t xml:space="preserve"> og </w:t>
      </w:r>
      <w:proofErr w:type="spellStart"/>
      <w:r>
        <w:t>samtaler</w:t>
      </w:r>
      <w:proofErr w:type="spellEnd"/>
    </w:p>
    <w:p w14:paraId="7EECE060" w14:textId="77777777" w:rsidR="007738B2" w:rsidRPr="00C64952" w:rsidRDefault="00402795">
      <w:pPr>
        <w:pStyle w:val="Punktliste"/>
        <w:spacing w:after="80"/>
        <w:rPr>
          <w:lang w:val="nb-NO"/>
        </w:rPr>
      </w:pPr>
      <w:r w:rsidRPr="00C64952">
        <w:rPr>
          <w:lang w:val="nb-NO"/>
        </w:rPr>
        <w:t>Underveisvurdering gjennom hele året skal fremme læring og hjelpe eleven til å forstå veien videre.</w:t>
      </w:r>
    </w:p>
    <w:p w14:paraId="6068B7FC" w14:textId="77777777" w:rsidR="007738B2" w:rsidRPr="00C64952" w:rsidRDefault="00402795">
      <w:pPr>
        <w:pStyle w:val="Punktliste"/>
        <w:spacing w:after="80"/>
        <w:rPr>
          <w:lang w:val="nb-NO"/>
        </w:rPr>
      </w:pPr>
      <w:r w:rsidRPr="00C64952">
        <w:rPr>
          <w:lang w:val="nb-NO"/>
        </w:rPr>
        <w:t>Elevene skal få medvirke gjennom dialog, egenvurdering og arbeid med mål.</w:t>
      </w:r>
    </w:p>
    <w:p w14:paraId="2C673B27" w14:textId="77777777" w:rsidR="007738B2" w:rsidRPr="00C64952" w:rsidRDefault="00402795">
      <w:pPr>
        <w:pStyle w:val="Punktliste"/>
        <w:spacing w:after="80"/>
        <w:rPr>
          <w:lang w:val="nb-NO"/>
        </w:rPr>
      </w:pPr>
      <w:r w:rsidRPr="00C64952">
        <w:rPr>
          <w:lang w:val="nb-NO"/>
        </w:rPr>
        <w:t>Utviklingssamtaler med elev og foresatte gjennomføres høst og vår.</w:t>
      </w:r>
    </w:p>
    <w:p w14:paraId="0F5523A2" w14:textId="77777777" w:rsidR="007738B2" w:rsidRPr="00C64952" w:rsidRDefault="00402795">
      <w:pPr>
        <w:pStyle w:val="Punktliste"/>
        <w:spacing w:after="80"/>
        <w:rPr>
          <w:lang w:val="nb-NO"/>
        </w:rPr>
      </w:pPr>
      <w:r w:rsidRPr="00C64952">
        <w:rPr>
          <w:lang w:val="nb-NO"/>
        </w:rPr>
        <w:t>Halvårsvurdering gis høst og vår på ungdomstrinnet.</w:t>
      </w:r>
    </w:p>
    <w:p w14:paraId="5044B6DF" w14:textId="77777777" w:rsidR="007738B2" w:rsidRPr="00C64952" w:rsidRDefault="00402795">
      <w:pPr>
        <w:pStyle w:val="Punktliste"/>
        <w:spacing w:after="80"/>
        <w:rPr>
          <w:lang w:val="nb-NO"/>
        </w:rPr>
      </w:pPr>
      <w:r w:rsidRPr="00C64952">
        <w:rPr>
          <w:lang w:val="nb-NO"/>
        </w:rPr>
        <w:t>Tiltak evalueres ut fra elevens utvikling og opplevelse, ikke bare ut fra om de er gjennomført.</w:t>
      </w:r>
    </w:p>
    <w:p w14:paraId="77286B9D" w14:textId="77777777" w:rsidR="007738B2" w:rsidRPr="00C64952" w:rsidRDefault="00402795">
      <w:pPr>
        <w:rPr>
          <w:lang w:val="nb-NO"/>
        </w:rPr>
      </w:pPr>
      <w:r w:rsidRPr="00C64952">
        <w:rPr>
          <w:lang w:val="nb-NO"/>
        </w:rPr>
        <w:br w:type="page"/>
      </w:r>
    </w:p>
    <w:p w14:paraId="64B567BC" w14:textId="77777777" w:rsidR="007738B2" w:rsidRPr="00C64952" w:rsidRDefault="00402795">
      <w:pPr>
        <w:pStyle w:val="Overskrift1"/>
        <w:rPr>
          <w:lang w:val="nb-NO"/>
        </w:rPr>
      </w:pPr>
      <w:r w:rsidRPr="00C64952">
        <w:rPr>
          <w:lang w:val="nb-NO"/>
        </w:rPr>
        <w:lastRenderedPageBreak/>
        <w:t>Laget rundt eleven</w:t>
      </w:r>
    </w:p>
    <w:p w14:paraId="1E598153" w14:textId="77777777" w:rsidR="007738B2" w:rsidRPr="00C64952" w:rsidRDefault="00402795">
      <w:pPr>
        <w:pStyle w:val="Lead"/>
        <w:rPr>
          <w:lang w:val="nb-NO"/>
        </w:rPr>
      </w:pPr>
      <w:r w:rsidRPr="00C64952">
        <w:rPr>
          <w:lang w:val="nb-NO"/>
        </w:rPr>
        <w:t>Skolens prioriteringer følges opp i samarbeid mellom eleve</w:t>
      </w:r>
      <w:r w:rsidR="00807F07">
        <w:rPr>
          <w:lang w:val="nb-NO"/>
        </w:rPr>
        <w:t>n</w:t>
      </w:r>
      <w:r w:rsidRPr="00C64952">
        <w:rPr>
          <w:lang w:val="nb-NO"/>
        </w:rPr>
        <w:t>, foresatte, ansatte og støttetjenester. Tjenestene har ulike roller, men et felles mål: å bidra til trygghet, deltakelse, læring og nærvær.</w:t>
      </w:r>
    </w:p>
    <w:p w14:paraId="6AC30173" w14:textId="77777777" w:rsidR="007738B2" w:rsidRPr="00C64952" w:rsidRDefault="00402795">
      <w:pPr>
        <w:pStyle w:val="Overskrift2"/>
        <w:rPr>
          <w:lang w:val="nb-NO"/>
        </w:rPr>
      </w:pPr>
      <w:r w:rsidRPr="00C64952">
        <w:rPr>
          <w:lang w:val="nb-NO"/>
        </w:rPr>
        <w:t>Skolefritidsordningen (SFO)</w:t>
      </w:r>
    </w:p>
    <w:p w14:paraId="561B90BD" w14:textId="77777777" w:rsidR="007738B2" w:rsidRPr="00C64952" w:rsidRDefault="00402795">
      <w:pPr>
        <w:rPr>
          <w:lang w:val="nb-NO"/>
        </w:rPr>
      </w:pPr>
      <w:r w:rsidRPr="00C64952">
        <w:rPr>
          <w:lang w:val="nb-NO"/>
        </w:rPr>
        <w:t xml:space="preserve">SFO er et tilbud for elever på 1.–4. trinn og skal gi et trygt, inkluderende og utviklende miljø før og etter skoletid. Gjennom lek, aktivitet, måltider og sosialt samspill støtter SFO skolens arbeid med relasjoner, tilhørighet, mestring og gode overganger. SFO og skole samarbeider for å skape sammenheng i </w:t>
      </w:r>
      <w:r w:rsidR="00386D68">
        <w:rPr>
          <w:lang w:val="nb-NO"/>
        </w:rPr>
        <w:t>elevenes</w:t>
      </w:r>
      <w:r w:rsidRPr="00C64952">
        <w:rPr>
          <w:lang w:val="nb-NO"/>
        </w:rPr>
        <w:t xml:space="preserve"> hverdag.</w:t>
      </w:r>
    </w:p>
    <w:p w14:paraId="7A8C7514" w14:textId="77777777" w:rsidR="007738B2" w:rsidRPr="00C64952" w:rsidRDefault="00402795">
      <w:pPr>
        <w:pStyle w:val="Overskrift2"/>
        <w:rPr>
          <w:lang w:val="nb-NO"/>
        </w:rPr>
      </w:pPr>
      <w:r w:rsidRPr="00C64952">
        <w:rPr>
          <w:lang w:val="nb-NO"/>
        </w:rPr>
        <w:t>Skolehelsetjenesten</w:t>
      </w:r>
    </w:p>
    <w:p w14:paraId="797478F9" w14:textId="77777777" w:rsidR="007738B2" w:rsidRPr="00C64952" w:rsidRDefault="00402795">
      <w:pPr>
        <w:rPr>
          <w:lang w:val="nb-NO"/>
        </w:rPr>
      </w:pPr>
      <w:r w:rsidRPr="00C64952">
        <w:rPr>
          <w:lang w:val="nb-NO"/>
        </w:rPr>
        <w:t>Skolehelsetjenesten er et gratis tilbud til alle elever. Tjenesten bidrar i skolens forebyggende arbeid og gir råd, støtte og veiledning om blant annet fysisk og psykisk helse, søvn, trivsel, vennskap, pubertet og seksualitet. Skolehelsetjenesten kan støtte arbeidet med skolemiljø og nærvær og samarbeider med elev, foresatte, skole og andre tjenester når det er nødvendig.</w:t>
      </w:r>
    </w:p>
    <w:p w14:paraId="0451DA47" w14:textId="77777777" w:rsidR="00AF2991" w:rsidRDefault="00F64ABB">
      <w:pPr>
        <w:pStyle w:val="Overskrift2"/>
        <w:rPr>
          <w:lang w:val="nb-NO"/>
        </w:rPr>
      </w:pPr>
      <w:r w:rsidRPr="00707FC6">
        <w:rPr>
          <w:lang w:val="nb-NO"/>
        </w:rPr>
        <w:t>Musikkterapi</w:t>
      </w:r>
    </w:p>
    <w:p w14:paraId="532F85F9" w14:textId="77777777" w:rsidR="00AF2991" w:rsidRDefault="00F64ABB">
      <w:pPr>
        <w:rPr>
          <w:lang w:val="nb-NO"/>
        </w:rPr>
      </w:pPr>
      <w:r w:rsidRPr="00707FC6">
        <w:rPr>
          <w:lang w:val="nb-NO"/>
        </w:rPr>
        <w:t>Skolen samarbeider med musikkterapeut og kan i perioder tilby musikkterapi til elever som kan ha nytte av det. Gjennom musikk, samspill og skapende aktiviteter kan tilbudet støtte trivsel, mestring, uttrykk og sosial deltakelse. Tilbudet tilpasses elevens behov og gjennomføres i samarbeid med eleven, foresatte og aktuelle ansatte.</w:t>
      </w:r>
    </w:p>
    <w:p w14:paraId="6133736D" w14:textId="77777777" w:rsidR="007738B2" w:rsidRPr="00C64952" w:rsidRDefault="00402795">
      <w:pPr>
        <w:pStyle w:val="Overskrift2"/>
        <w:rPr>
          <w:lang w:val="nb-NO"/>
        </w:rPr>
      </w:pPr>
      <w:r w:rsidRPr="00C64952">
        <w:rPr>
          <w:lang w:val="nb-NO"/>
        </w:rPr>
        <w:t>Pedagogisk-psykologisk tjeneste (PPT)</w:t>
      </w:r>
    </w:p>
    <w:p w14:paraId="0DE011DD" w14:textId="77777777" w:rsidR="007738B2" w:rsidRPr="00C64952" w:rsidRDefault="00402795">
      <w:pPr>
        <w:rPr>
          <w:lang w:val="nb-NO"/>
        </w:rPr>
      </w:pPr>
      <w:r w:rsidRPr="00C64952">
        <w:rPr>
          <w:lang w:val="nb-NO"/>
        </w:rPr>
        <w:t>PPT støtter skolen i arbeidet med inkludering og tilrettelegging. Tjenesten bidrar med kompetanse- og organisasjonsutvikling, veiledning og sakkyndige vurderinger når det er behov. Samarbeidet med PPT skal styrke skolens evne til å gi et inkluderende og godt tilrettelagt opplæringstilbud. Henvisning på individnivå skjer i samarbeid med foresatte og elev etter gjeldende regler.</w:t>
      </w:r>
    </w:p>
    <w:p w14:paraId="681A0906" w14:textId="77777777" w:rsidR="007738B2" w:rsidRPr="00C64952" w:rsidRDefault="00402795">
      <w:pPr>
        <w:pStyle w:val="Overskrift2"/>
        <w:rPr>
          <w:lang w:val="nb-NO"/>
        </w:rPr>
      </w:pPr>
      <w:r w:rsidRPr="00C64952">
        <w:rPr>
          <w:lang w:val="nb-NO"/>
        </w:rPr>
        <w:t>Foreldrenes arbeidsutvalg (FAU)</w:t>
      </w:r>
    </w:p>
    <w:p w14:paraId="49D91ECB" w14:textId="77777777" w:rsidR="007738B2" w:rsidRPr="00C64952" w:rsidRDefault="00402795">
      <w:pPr>
        <w:rPr>
          <w:lang w:val="nb-NO"/>
        </w:rPr>
      </w:pPr>
      <w:r w:rsidRPr="00C64952">
        <w:rPr>
          <w:lang w:val="nb-NO"/>
        </w:rPr>
        <w:t>FAU er et bindeledd mellom foresatte og skolen. Utvalget bidrar til medvirkning og dialog om læringsmiljø, skole–hjem-samarbeid</w:t>
      </w:r>
      <w:r w:rsidR="00623B37">
        <w:rPr>
          <w:lang w:val="nb-NO"/>
        </w:rPr>
        <w:t xml:space="preserve"> </w:t>
      </w:r>
      <w:r w:rsidRPr="00C64952">
        <w:rPr>
          <w:lang w:val="nb-NO"/>
        </w:rPr>
        <w:t>og inkluderende aktiviteter. FAU er en viktig samarbeidspartner i arbeidet med å forebygge mobbing og utenforskap</w:t>
      </w:r>
      <w:r w:rsidR="00B32734">
        <w:rPr>
          <w:lang w:val="nb-NO"/>
        </w:rPr>
        <w:t>,</w:t>
      </w:r>
      <w:r w:rsidRPr="00C64952">
        <w:rPr>
          <w:lang w:val="nb-NO"/>
        </w:rPr>
        <w:t xml:space="preserve"> og </w:t>
      </w:r>
      <w:r w:rsidR="00B32734">
        <w:rPr>
          <w:lang w:val="nb-NO"/>
        </w:rPr>
        <w:t xml:space="preserve">for å </w:t>
      </w:r>
      <w:r w:rsidRPr="00C64952">
        <w:rPr>
          <w:lang w:val="nb-NO"/>
        </w:rPr>
        <w:t>utvikle et godt fellesskap rundt skolen.</w:t>
      </w:r>
    </w:p>
    <w:p w14:paraId="297F3600" w14:textId="77777777" w:rsidR="007738B2" w:rsidRPr="00C64952" w:rsidRDefault="00402795">
      <w:pPr>
        <w:pStyle w:val="Overskrift2"/>
        <w:rPr>
          <w:lang w:val="nb-NO"/>
        </w:rPr>
      </w:pPr>
      <w:r w:rsidRPr="00C64952">
        <w:rPr>
          <w:lang w:val="nb-NO"/>
        </w:rPr>
        <w:t>Tverrfaglig og kommunalt samarbeid</w:t>
      </w:r>
    </w:p>
    <w:p w14:paraId="10477931" w14:textId="77777777" w:rsidR="007738B2" w:rsidRPr="00C64952" w:rsidRDefault="00402795">
      <w:pPr>
        <w:rPr>
          <w:lang w:val="nb-NO"/>
        </w:rPr>
      </w:pPr>
      <w:r w:rsidRPr="00C64952">
        <w:rPr>
          <w:lang w:val="nb-NO"/>
        </w:rPr>
        <w:t>Når en elev eller familie trenger samordnet støtte, samarbeider skolen med relevante kommunale og eksterne tjenester innenfor gjeldende regler om samtykke og personvern. Målet er tidlig, helhetlig og koordinert hjelp.</w:t>
      </w:r>
    </w:p>
    <w:p w14:paraId="21010274" w14:textId="77777777" w:rsidR="007738B2" w:rsidRPr="00C64952" w:rsidRDefault="00402795">
      <w:pPr>
        <w:rPr>
          <w:lang w:val="nb-NO"/>
        </w:rPr>
      </w:pPr>
      <w:r w:rsidRPr="00C64952">
        <w:rPr>
          <w:lang w:val="nb-NO"/>
        </w:rPr>
        <w:br w:type="page"/>
      </w:r>
    </w:p>
    <w:p w14:paraId="3EC7D1B7" w14:textId="77777777" w:rsidR="007738B2" w:rsidRPr="00C64952" w:rsidRDefault="00402795">
      <w:pPr>
        <w:pStyle w:val="Overskrift1"/>
        <w:rPr>
          <w:lang w:val="nb-NO"/>
        </w:rPr>
      </w:pPr>
      <w:r w:rsidRPr="00C64952">
        <w:rPr>
          <w:lang w:val="nb-NO"/>
        </w:rPr>
        <w:lastRenderedPageBreak/>
        <w:t>Skolerute 2026/2027</w:t>
      </w:r>
    </w:p>
    <w:p w14:paraId="12C52E74" w14:textId="77777777" w:rsidR="007738B2" w:rsidRDefault="00402795">
      <w:pPr>
        <w:pStyle w:val="Lead"/>
      </w:pPr>
      <w:r w:rsidRPr="00C64952">
        <w:rPr>
          <w:lang w:val="nb-NO"/>
        </w:rPr>
        <w:t xml:space="preserve">Skoleåret består av 190 skoledager. </w:t>
      </w:r>
      <w:proofErr w:type="spellStart"/>
      <w:r>
        <w:t>Planleggingsdagene</w:t>
      </w:r>
      <w:proofErr w:type="spellEnd"/>
      <w:r>
        <w:t xml:space="preserve"> 10.–14. august er elevfrie.</w:t>
      </w:r>
    </w:p>
    <w:tbl>
      <w:tblPr>
        <w:tblStyle w:val="Tabellrutenett"/>
        <w:tblW w:w="9411" w:type="dxa"/>
        <w:jc w:val="center"/>
        <w:tblLayout w:type="fixed"/>
        <w:tblLook w:val="04A0" w:firstRow="1" w:lastRow="0" w:firstColumn="1" w:lastColumn="0" w:noHBand="0" w:noVBand="1"/>
      </w:tblPr>
      <w:tblGrid>
        <w:gridCol w:w="3401"/>
        <w:gridCol w:w="6010"/>
      </w:tblGrid>
      <w:tr w:rsidR="007738B2" w14:paraId="1254EF06" w14:textId="77777777">
        <w:trPr>
          <w:tblHeader/>
          <w:jc w:val="center"/>
        </w:trPr>
        <w:tc>
          <w:tcPr>
            <w:tcW w:w="3401" w:type="dxa"/>
            <w:shd w:val="clear" w:color="auto" w:fill="173B57"/>
            <w:tcMar>
              <w:top w:w="90" w:type="dxa"/>
              <w:left w:w="120" w:type="dxa"/>
              <w:bottom w:w="90" w:type="dxa"/>
              <w:right w:w="120" w:type="dxa"/>
            </w:tcMar>
            <w:vAlign w:val="center"/>
          </w:tcPr>
          <w:p w14:paraId="3193CADE" w14:textId="77777777" w:rsidR="007738B2" w:rsidRDefault="00402795">
            <w:pPr>
              <w:spacing w:after="0"/>
            </w:pPr>
            <w:r>
              <w:rPr>
                <w:b/>
                <w:color w:val="FFFFFF"/>
                <w:sz w:val="19"/>
              </w:rPr>
              <w:t>Dato/periode</w:t>
            </w:r>
          </w:p>
        </w:tc>
        <w:tc>
          <w:tcPr>
            <w:tcW w:w="6009" w:type="dxa"/>
            <w:shd w:val="clear" w:color="auto" w:fill="173B57"/>
            <w:tcMar>
              <w:top w:w="90" w:type="dxa"/>
              <w:left w:w="120" w:type="dxa"/>
              <w:bottom w:w="90" w:type="dxa"/>
              <w:right w:w="120" w:type="dxa"/>
            </w:tcMar>
            <w:vAlign w:val="center"/>
          </w:tcPr>
          <w:p w14:paraId="0DDA7F5E" w14:textId="77777777" w:rsidR="007738B2" w:rsidRDefault="00402795">
            <w:pPr>
              <w:spacing w:after="0"/>
            </w:pPr>
            <w:r>
              <w:rPr>
                <w:b/>
                <w:color w:val="FFFFFF"/>
                <w:sz w:val="19"/>
              </w:rPr>
              <w:t>Hendelse</w:t>
            </w:r>
          </w:p>
        </w:tc>
      </w:tr>
      <w:tr w:rsidR="007738B2" w14:paraId="7C1CE136" w14:textId="77777777">
        <w:trPr>
          <w:jc w:val="center"/>
        </w:trPr>
        <w:tc>
          <w:tcPr>
            <w:tcW w:w="3401" w:type="dxa"/>
            <w:tcMar>
              <w:top w:w="90" w:type="dxa"/>
              <w:left w:w="120" w:type="dxa"/>
              <w:bottom w:w="90" w:type="dxa"/>
              <w:right w:w="120" w:type="dxa"/>
            </w:tcMar>
            <w:vAlign w:val="center"/>
          </w:tcPr>
          <w:p w14:paraId="5F6283A8" w14:textId="77777777" w:rsidR="007738B2" w:rsidRDefault="00402795">
            <w:pPr>
              <w:spacing w:after="0" w:line="252" w:lineRule="auto"/>
            </w:pPr>
            <w:r>
              <w:rPr>
                <w:sz w:val="19"/>
              </w:rPr>
              <w:t>10.–14. august 2026</w:t>
            </w:r>
          </w:p>
        </w:tc>
        <w:tc>
          <w:tcPr>
            <w:tcW w:w="6009" w:type="dxa"/>
            <w:tcMar>
              <w:top w:w="90" w:type="dxa"/>
              <w:left w:w="120" w:type="dxa"/>
              <w:bottom w:w="90" w:type="dxa"/>
              <w:right w:w="120" w:type="dxa"/>
            </w:tcMar>
            <w:vAlign w:val="center"/>
          </w:tcPr>
          <w:p w14:paraId="6161B300" w14:textId="77777777" w:rsidR="007738B2" w:rsidRDefault="00402795">
            <w:pPr>
              <w:spacing w:after="0" w:line="252" w:lineRule="auto"/>
            </w:pPr>
            <w:r>
              <w:rPr>
                <w:sz w:val="19"/>
              </w:rPr>
              <w:t>Planleggingsdager – elevfrie dager</w:t>
            </w:r>
          </w:p>
        </w:tc>
      </w:tr>
      <w:tr w:rsidR="007738B2" w14:paraId="481B08C2" w14:textId="77777777">
        <w:trPr>
          <w:jc w:val="center"/>
        </w:trPr>
        <w:tc>
          <w:tcPr>
            <w:tcW w:w="3401" w:type="dxa"/>
            <w:shd w:val="clear" w:color="auto" w:fill="F3F5F6"/>
            <w:tcMar>
              <w:top w:w="90" w:type="dxa"/>
              <w:left w:w="120" w:type="dxa"/>
              <w:bottom w:w="90" w:type="dxa"/>
              <w:right w:w="120" w:type="dxa"/>
            </w:tcMar>
            <w:vAlign w:val="center"/>
          </w:tcPr>
          <w:p w14:paraId="7AF8C921" w14:textId="77777777" w:rsidR="007738B2" w:rsidRDefault="00402795">
            <w:pPr>
              <w:spacing w:after="0" w:line="252" w:lineRule="auto"/>
            </w:pPr>
            <w:r>
              <w:rPr>
                <w:sz w:val="19"/>
              </w:rPr>
              <w:t>17. august 2026</w:t>
            </w:r>
          </w:p>
        </w:tc>
        <w:tc>
          <w:tcPr>
            <w:tcW w:w="6009" w:type="dxa"/>
            <w:shd w:val="clear" w:color="auto" w:fill="F3F5F6"/>
            <w:tcMar>
              <w:top w:w="90" w:type="dxa"/>
              <w:left w:w="120" w:type="dxa"/>
              <w:bottom w:w="90" w:type="dxa"/>
              <w:right w:w="120" w:type="dxa"/>
            </w:tcMar>
            <w:vAlign w:val="center"/>
          </w:tcPr>
          <w:p w14:paraId="3548E236" w14:textId="77777777" w:rsidR="007738B2" w:rsidRDefault="00402795">
            <w:pPr>
              <w:spacing w:after="0" w:line="252" w:lineRule="auto"/>
            </w:pPr>
            <w:r>
              <w:rPr>
                <w:sz w:val="19"/>
              </w:rPr>
              <w:t>Første skoledag</w:t>
            </w:r>
          </w:p>
        </w:tc>
      </w:tr>
      <w:tr w:rsidR="007738B2" w14:paraId="565B9596" w14:textId="77777777">
        <w:trPr>
          <w:jc w:val="center"/>
        </w:trPr>
        <w:tc>
          <w:tcPr>
            <w:tcW w:w="3401" w:type="dxa"/>
            <w:tcMar>
              <w:top w:w="90" w:type="dxa"/>
              <w:left w:w="120" w:type="dxa"/>
              <w:bottom w:w="90" w:type="dxa"/>
              <w:right w:w="120" w:type="dxa"/>
            </w:tcMar>
            <w:vAlign w:val="center"/>
          </w:tcPr>
          <w:p w14:paraId="502BDDD5" w14:textId="77777777" w:rsidR="007738B2" w:rsidRDefault="00402795">
            <w:pPr>
              <w:spacing w:after="0" w:line="252" w:lineRule="auto"/>
            </w:pPr>
            <w:r>
              <w:rPr>
                <w:sz w:val="19"/>
              </w:rPr>
              <w:t>5.–9. oktober 2026 (uke 41)</w:t>
            </w:r>
          </w:p>
        </w:tc>
        <w:tc>
          <w:tcPr>
            <w:tcW w:w="6009" w:type="dxa"/>
            <w:tcMar>
              <w:top w:w="90" w:type="dxa"/>
              <w:left w:w="120" w:type="dxa"/>
              <w:bottom w:w="90" w:type="dxa"/>
              <w:right w:w="120" w:type="dxa"/>
            </w:tcMar>
            <w:vAlign w:val="center"/>
          </w:tcPr>
          <w:p w14:paraId="3DEA08AC" w14:textId="77777777" w:rsidR="007738B2" w:rsidRDefault="00402795">
            <w:pPr>
              <w:spacing w:after="0" w:line="252" w:lineRule="auto"/>
            </w:pPr>
            <w:r>
              <w:rPr>
                <w:sz w:val="19"/>
              </w:rPr>
              <w:t>Høstferie</w:t>
            </w:r>
          </w:p>
        </w:tc>
      </w:tr>
      <w:tr w:rsidR="007738B2" w14:paraId="10A4311D" w14:textId="77777777">
        <w:trPr>
          <w:jc w:val="center"/>
        </w:trPr>
        <w:tc>
          <w:tcPr>
            <w:tcW w:w="3401" w:type="dxa"/>
            <w:shd w:val="clear" w:color="auto" w:fill="F3F5F6"/>
            <w:tcMar>
              <w:top w:w="90" w:type="dxa"/>
              <w:left w:w="120" w:type="dxa"/>
              <w:bottom w:w="90" w:type="dxa"/>
              <w:right w:w="120" w:type="dxa"/>
            </w:tcMar>
            <w:vAlign w:val="center"/>
          </w:tcPr>
          <w:p w14:paraId="128672F0" w14:textId="77777777" w:rsidR="007738B2" w:rsidRDefault="00402795">
            <w:pPr>
              <w:spacing w:after="0" w:line="252" w:lineRule="auto"/>
            </w:pPr>
            <w:r>
              <w:rPr>
                <w:sz w:val="19"/>
              </w:rPr>
              <w:t>18. desember 2026</w:t>
            </w:r>
          </w:p>
        </w:tc>
        <w:tc>
          <w:tcPr>
            <w:tcW w:w="6009" w:type="dxa"/>
            <w:shd w:val="clear" w:color="auto" w:fill="F3F5F6"/>
            <w:tcMar>
              <w:top w:w="90" w:type="dxa"/>
              <w:left w:w="120" w:type="dxa"/>
              <w:bottom w:w="90" w:type="dxa"/>
              <w:right w:w="120" w:type="dxa"/>
            </w:tcMar>
            <w:vAlign w:val="center"/>
          </w:tcPr>
          <w:p w14:paraId="4AF413B0" w14:textId="77777777" w:rsidR="007738B2" w:rsidRDefault="00402795">
            <w:pPr>
              <w:spacing w:after="0" w:line="252" w:lineRule="auto"/>
            </w:pPr>
            <w:r>
              <w:rPr>
                <w:sz w:val="19"/>
              </w:rPr>
              <w:t>Siste skoledag før jul</w:t>
            </w:r>
          </w:p>
        </w:tc>
      </w:tr>
      <w:tr w:rsidR="007738B2" w14:paraId="09FEA3B2" w14:textId="77777777">
        <w:trPr>
          <w:jc w:val="center"/>
        </w:trPr>
        <w:tc>
          <w:tcPr>
            <w:tcW w:w="3401" w:type="dxa"/>
            <w:tcMar>
              <w:top w:w="90" w:type="dxa"/>
              <w:left w:w="120" w:type="dxa"/>
              <w:bottom w:w="90" w:type="dxa"/>
              <w:right w:w="120" w:type="dxa"/>
            </w:tcMar>
            <w:vAlign w:val="center"/>
          </w:tcPr>
          <w:p w14:paraId="05FCE7C7" w14:textId="77777777" w:rsidR="007738B2" w:rsidRDefault="00402795">
            <w:pPr>
              <w:spacing w:after="0" w:line="252" w:lineRule="auto"/>
            </w:pPr>
            <w:r>
              <w:rPr>
                <w:sz w:val="19"/>
              </w:rPr>
              <w:t>5. januar 2027</w:t>
            </w:r>
          </w:p>
        </w:tc>
        <w:tc>
          <w:tcPr>
            <w:tcW w:w="6009" w:type="dxa"/>
            <w:tcMar>
              <w:top w:w="90" w:type="dxa"/>
              <w:left w:w="120" w:type="dxa"/>
              <w:bottom w:w="90" w:type="dxa"/>
              <w:right w:w="120" w:type="dxa"/>
            </w:tcMar>
            <w:vAlign w:val="center"/>
          </w:tcPr>
          <w:p w14:paraId="52546049" w14:textId="77777777" w:rsidR="007738B2" w:rsidRDefault="00402795">
            <w:pPr>
              <w:spacing w:after="0" w:line="252" w:lineRule="auto"/>
            </w:pPr>
            <w:r>
              <w:rPr>
                <w:sz w:val="19"/>
              </w:rPr>
              <w:t>Første skoledag etter jul</w:t>
            </w:r>
          </w:p>
        </w:tc>
      </w:tr>
      <w:tr w:rsidR="007738B2" w14:paraId="118A8D5B" w14:textId="77777777">
        <w:trPr>
          <w:jc w:val="center"/>
        </w:trPr>
        <w:tc>
          <w:tcPr>
            <w:tcW w:w="3401" w:type="dxa"/>
            <w:shd w:val="clear" w:color="auto" w:fill="F3F5F6"/>
            <w:tcMar>
              <w:top w:w="90" w:type="dxa"/>
              <w:left w:w="120" w:type="dxa"/>
              <w:bottom w:w="90" w:type="dxa"/>
              <w:right w:w="120" w:type="dxa"/>
            </w:tcMar>
            <w:vAlign w:val="center"/>
          </w:tcPr>
          <w:p w14:paraId="08DA889B" w14:textId="77777777" w:rsidR="007738B2" w:rsidRDefault="00402795">
            <w:pPr>
              <w:spacing w:after="0" w:line="252" w:lineRule="auto"/>
            </w:pPr>
            <w:r>
              <w:rPr>
                <w:sz w:val="19"/>
              </w:rPr>
              <w:t>22.–26. februar 2027 (uke 8)</w:t>
            </w:r>
          </w:p>
        </w:tc>
        <w:tc>
          <w:tcPr>
            <w:tcW w:w="6009" w:type="dxa"/>
            <w:shd w:val="clear" w:color="auto" w:fill="F3F5F6"/>
            <w:tcMar>
              <w:top w:w="90" w:type="dxa"/>
              <w:left w:w="120" w:type="dxa"/>
              <w:bottom w:w="90" w:type="dxa"/>
              <w:right w:w="120" w:type="dxa"/>
            </w:tcMar>
            <w:vAlign w:val="center"/>
          </w:tcPr>
          <w:p w14:paraId="42B76AD7" w14:textId="77777777" w:rsidR="007738B2" w:rsidRDefault="00402795">
            <w:pPr>
              <w:spacing w:after="0" w:line="252" w:lineRule="auto"/>
            </w:pPr>
            <w:r>
              <w:rPr>
                <w:sz w:val="19"/>
              </w:rPr>
              <w:t>Vinterferie</w:t>
            </w:r>
          </w:p>
        </w:tc>
      </w:tr>
      <w:tr w:rsidR="007738B2" w14:paraId="17B19D7C" w14:textId="77777777">
        <w:trPr>
          <w:jc w:val="center"/>
        </w:trPr>
        <w:tc>
          <w:tcPr>
            <w:tcW w:w="3401" w:type="dxa"/>
            <w:tcMar>
              <w:top w:w="90" w:type="dxa"/>
              <w:left w:w="120" w:type="dxa"/>
              <w:bottom w:w="90" w:type="dxa"/>
              <w:right w:w="120" w:type="dxa"/>
            </w:tcMar>
            <w:vAlign w:val="center"/>
          </w:tcPr>
          <w:p w14:paraId="0B5D87F8" w14:textId="77777777" w:rsidR="007738B2" w:rsidRDefault="00402795">
            <w:pPr>
              <w:spacing w:after="0" w:line="252" w:lineRule="auto"/>
            </w:pPr>
            <w:r>
              <w:rPr>
                <w:sz w:val="19"/>
              </w:rPr>
              <w:t>19. mars 2027</w:t>
            </w:r>
          </w:p>
        </w:tc>
        <w:tc>
          <w:tcPr>
            <w:tcW w:w="6009" w:type="dxa"/>
            <w:tcMar>
              <w:top w:w="90" w:type="dxa"/>
              <w:left w:w="120" w:type="dxa"/>
              <w:bottom w:w="90" w:type="dxa"/>
              <w:right w:w="120" w:type="dxa"/>
            </w:tcMar>
            <w:vAlign w:val="center"/>
          </w:tcPr>
          <w:p w14:paraId="1E35F981" w14:textId="77777777" w:rsidR="007738B2" w:rsidRDefault="00402795">
            <w:pPr>
              <w:spacing w:after="0" w:line="252" w:lineRule="auto"/>
            </w:pPr>
            <w:r>
              <w:rPr>
                <w:sz w:val="19"/>
              </w:rPr>
              <w:t>Siste skoledag før påske</w:t>
            </w:r>
          </w:p>
        </w:tc>
      </w:tr>
      <w:tr w:rsidR="007738B2" w14:paraId="60280D49" w14:textId="77777777">
        <w:trPr>
          <w:jc w:val="center"/>
        </w:trPr>
        <w:tc>
          <w:tcPr>
            <w:tcW w:w="3401" w:type="dxa"/>
            <w:shd w:val="clear" w:color="auto" w:fill="F3F5F6"/>
            <w:tcMar>
              <w:top w:w="90" w:type="dxa"/>
              <w:left w:w="120" w:type="dxa"/>
              <w:bottom w:w="90" w:type="dxa"/>
              <w:right w:w="120" w:type="dxa"/>
            </w:tcMar>
            <w:vAlign w:val="center"/>
          </w:tcPr>
          <w:p w14:paraId="13F36CCD" w14:textId="77777777" w:rsidR="007738B2" w:rsidRDefault="00402795">
            <w:pPr>
              <w:spacing w:after="0" w:line="252" w:lineRule="auto"/>
            </w:pPr>
            <w:r>
              <w:rPr>
                <w:sz w:val="19"/>
              </w:rPr>
              <w:t>20.–29. mars 2027</w:t>
            </w:r>
          </w:p>
        </w:tc>
        <w:tc>
          <w:tcPr>
            <w:tcW w:w="6009" w:type="dxa"/>
            <w:shd w:val="clear" w:color="auto" w:fill="F3F5F6"/>
            <w:tcMar>
              <w:top w:w="90" w:type="dxa"/>
              <w:left w:w="120" w:type="dxa"/>
              <w:bottom w:w="90" w:type="dxa"/>
              <w:right w:w="120" w:type="dxa"/>
            </w:tcMar>
            <w:vAlign w:val="center"/>
          </w:tcPr>
          <w:p w14:paraId="7CA1A446" w14:textId="77777777" w:rsidR="007738B2" w:rsidRDefault="00402795">
            <w:pPr>
              <w:spacing w:after="0" w:line="252" w:lineRule="auto"/>
            </w:pPr>
            <w:r>
              <w:rPr>
                <w:sz w:val="19"/>
              </w:rPr>
              <w:t>Påskeferie/elevfrie dager</w:t>
            </w:r>
          </w:p>
        </w:tc>
      </w:tr>
      <w:tr w:rsidR="007738B2" w14:paraId="543E61E5" w14:textId="77777777">
        <w:trPr>
          <w:jc w:val="center"/>
        </w:trPr>
        <w:tc>
          <w:tcPr>
            <w:tcW w:w="3401" w:type="dxa"/>
            <w:tcMar>
              <w:top w:w="90" w:type="dxa"/>
              <w:left w:w="120" w:type="dxa"/>
              <w:bottom w:w="90" w:type="dxa"/>
              <w:right w:w="120" w:type="dxa"/>
            </w:tcMar>
            <w:vAlign w:val="center"/>
          </w:tcPr>
          <w:p w14:paraId="7B928D19" w14:textId="77777777" w:rsidR="007738B2" w:rsidRDefault="00402795">
            <w:pPr>
              <w:spacing w:after="0" w:line="252" w:lineRule="auto"/>
            </w:pPr>
            <w:r>
              <w:rPr>
                <w:sz w:val="19"/>
              </w:rPr>
              <w:t>30. mars 2027</w:t>
            </w:r>
          </w:p>
        </w:tc>
        <w:tc>
          <w:tcPr>
            <w:tcW w:w="6009" w:type="dxa"/>
            <w:tcMar>
              <w:top w:w="90" w:type="dxa"/>
              <w:left w:w="120" w:type="dxa"/>
              <w:bottom w:w="90" w:type="dxa"/>
              <w:right w:w="120" w:type="dxa"/>
            </w:tcMar>
            <w:vAlign w:val="center"/>
          </w:tcPr>
          <w:p w14:paraId="403BE148" w14:textId="77777777" w:rsidR="007738B2" w:rsidRDefault="00402795">
            <w:pPr>
              <w:spacing w:after="0" w:line="252" w:lineRule="auto"/>
            </w:pPr>
            <w:r>
              <w:rPr>
                <w:sz w:val="19"/>
              </w:rPr>
              <w:t>Første skoledag etter påske</w:t>
            </w:r>
          </w:p>
        </w:tc>
      </w:tr>
      <w:tr w:rsidR="007738B2" w14:paraId="44ED1B17" w14:textId="77777777">
        <w:trPr>
          <w:jc w:val="center"/>
        </w:trPr>
        <w:tc>
          <w:tcPr>
            <w:tcW w:w="3401" w:type="dxa"/>
            <w:shd w:val="clear" w:color="auto" w:fill="F3F5F6"/>
            <w:tcMar>
              <w:top w:w="90" w:type="dxa"/>
              <w:left w:w="120" w:type="dxa"/>
              <w:bottom w:w="90" w:type="dxa"/>
              <w:right w:w="120" w:type="dxa"/>
            </w:tcMar>
            <w:vAlign w:val="center"/>
          </w:tcPr>
          <w:p w14:paraId="783E66C1" w14:textId="77777777" w:rsidR="007738B2" w:rsidRDefault="00402795">
            <w:pPr>
              <w:spacing w:after="0" w:line="252" w:lineRule="auto"/>
            </w:pPr>
            <w:r>
              <w:rPr>
                <w:sz w:val="19"/>
              </w:rPr>
              <w:t>6. mai 2027</w:t>
            </w:r>
          </w:p>
        </w:tc>
        <w:tc>
          <w:tcPr>
            <w:tcW w:w="6009" w:type="dxa"/>
            <w:shd w:val="clear" w:color="auto" w:fill="F3F5F6"/>
            <w:tcMar>
              <w:top w:w="90" w:type="dxa"/>
              <w:left w:w="120" w:type="dxa"/>
              <w:bottom w:w="90" w:type="dxa"/>
              <w:right w:w="120" w:type="dxa"/>
            </w:tcMar>
            <w:vAlign w:val="center"/>
          </w:tcPr>
          <w:p w14:paraId="0CF8EEC8" w14:textId="77777777" w:rsidR="007738B2" w:rsidRDefault="00402795">
            <w:pPr>
              <w:spacing w:after="0" w:line="252" w:lineRule="auto"/>
            </w:pPr>
            <w:r>
              <w:rPr>
                <w:sz w:val="19"/>
              </w:rPr>
              <w:t>Kristi himmelfartsdag – elevfri</w:t>
            </w:r>
          </w:p>
        </w:tc>
      </w:tr>
      <w:tr w:rsidR="007738B2" w14:paraId="757A0334" w14:textId="77777777">
        <w:trPr>
          <w:jc w:val="center"/>
        </w:trPr>
        <w:tc>
          <w:tcPr>
            <w:tcW w:w="3401" w:type="dxa"/>
            <w:tcMar>
              <w:top w:w="90" w:type="dxa"/>
              <w:left w:w="120" w:type="dxa"/>
              <w:bottom w:w="90" w:type="dxa"/>
              <w:right w:w="120" w:type="dxa"/>
            </w:tcMar>
            <w:vAlign w:val="center"/>
          </w:tcPr>
          <w:p w14:paraId="5735102E" w14:textId="77777777" w:rsidR="007738B2" w:rsidRDefault="00402795">
            <w:pPr>
              <w:spacing w:after="0" w:line="252" w:lineRule="auto"/>
            </w:pPr>
            <w:r>
              <w:rPr>
                <w:sz w:val="19"/>
              </w:rPr>
              <w:t>7. mai 2027</w:t>
            </w:r>
          </w:p>
        </w:tc>
        <w:tc>
          <w:tcPr>
            <w:tcW w:w="6009" w:type="dxa"/>
            <w:tcMar>
              <w:top w:w="90" w:type="dxa"/>
              <w:left w:w="120" w:type="dxa"/>
              <w:bottom w:w="90" w:type="dxa"/>
              <w:right w:w="120" w:type="dxa"/>
            </w:tcMar>
            <w:vAlign w:val="center"/>
          </w:tcPr>
          <w:p w14:paraId="29BA91D9" w14:textId="77777777" w:rsidR="007738B2" w:rsidRDefault="00402795">
            <w:pPr>
              <w:spacing w:after="0" w:line="252" w:lineRule="auto"/>
            </w:pPr>
            <w:r>
              <w:rPr>
                <w:sz w:val="19"/>
              </w:rPr>
              <w:t>Fridag – elevfri</w:t>
            </w:r>
          </w:p>
        </w:tc>
      </w:tr>
      <w:tr w:rsidR="007738B2" w14:paraId="34C54EEB" w14:textId="77777777">
        <w:trPr>
          <w:jc w:val="center"/>
        </w:trPr>
        <w:tc>
          <w:tcPr>
            <w:tcW w:w="3401" w:type="dxa"/>
            <w:shd w:val="clear" w:color="auto" w:fill="F3F5F6"/>
            <w:tcMar>
              <w:top w:w="90" w:type="dxa"/>
              <w:left w:w="120" w:type="dxa"/>
              <w:bottom w:w="90" w:type="dxa"/>
              <w:right w:w="120" w:type="dxa"/>
            </w:tcMar>
            <w:vAlign w:val="center"/>
          </w:tcPr>
          <w:p w14:paraId="64D9C5C5" w14:textId="77777777" w:rsidR="007738B2" w:rsidRDefault="00402795">
            <w:pPr>
              <w:spacing w:after="0" w:line="252" w:lineRule="auto"/>
            </w:pPr>
            <w:r>
              <w:rPr>
                <w:sz w:val="19"/>
              </w:rPr>
              <w:t>17. mai 2027</w:t>
            </w:r>
          </w:p>
        </w:tc>
        <w:tc>
          <w:tcPr>
            <w:tcW w:w="6009" w:type="dxa"/>
            <w:shd w:val="clear" w:color="auto" w:fill="F3F5F6"/>
            <w:tcMar>
              <w:top w:w="90" w:type="dxa"/>
              <w:left w:w="120" w:type="dxa"/>
              <w:bottom w:w="90" w:type="dxa"/>
              <w:right w:w="120" w:type="dxa"/>
            </w:tcMar>
            <w:vAlign w:val="center"/>
          </w:tcPr>
          <w:p w14:paraId="1184F55B" w14:textId="77777777" w:rsidR="007738B2" w:rsidRDefault="00402795">
            <w:pPr>
              <w:spacing w:after="0" w:line="252" w:lineRule="auto"/>
            </w:pPr>
            <w:r>
              <w:rPr>
                <w:sz w:val="19"/>
              </w:rPr>
              <w:t>Grunnlovsdag og 2. pinsedag – elevfri</w:t>
            </w:r>
          </w:p>
        </w:tc>
      </w:tr>
      <w:tr w:rsidR="007738B2" w14:paraId="210DF1F6" w14:textId="77777777">
        <w:trPr>
          <w:jc w:val="center"/>
        </w:trPr>
        <w:tc>
          <w:tcPr>
            <w:tcW w:w="3401" w:type="dxa"/>
            <w:tcMar>
              <w:top w:w="90" w:type="dxa"/>
              <w:left w:w="120" w:type="dxa"/>
              <w:bottom w:w="90" w:type="dxa"/>
              <w:right w:w="120" w:type="dxa"/>
            </w:tcMar>
            <w:vAlign w:val="center"/>
          </w:tcPr>
          <w:p w14:paraId="10716351" w14:textId="77777777" w:rsidR="007738B2" w:rsidRDefault="00402795">
            <w:pPr>
              <w:spacing w:after="0" w:line="252" w:lineRule="auto"/>
            </w:pPr>
            <w:r>
              <w:rPr>
                <w:sz w:val="19"/>
              </w:rPr>
              <w:t>18. juni 2027</w:t>
            </w:r>
          </w:p>
        </w:tc>
        <w:tc>
          <w:tcPr>
            <w:tcW w:w="6009" w:type="dxa"/>
            <w:tcMar>
              <w:top w:w="90" w:type="dxa"/>
              <w:left w:w="120" w:type="dxa"/>
              <w:bottom w:w="90" w:type="dxa"/>
              <w:right w:w="120" w:type="dxa"/>
            </w:tcMar>
            <w:vAlign w:val="center"/>
          </w:tcPr>
          <w:p w14:paraId="68FBDB03" w14:textId="77777777" w:rsidR="007738B2" w:rsidRDefault="00402795">
            <w:pPr>
              <w:spacing w:after="0" w:line="252" w:lineRule="auto"/>
            </w:pPr>
            <w:r>
              <w:rPr>
                <w:sz w:val="19"/>
              </w:rPr>
              <w:t>Siste skoledag</w:t>
            </w:r>
          </w:p>
        </w:tc>
      </w:tr>
    </w:tbl>
    <w:p w14:paraId="2F08251D" w14:textId="77777777" w:rsidR="007738B2" w:rsidRDefault="007738B2">
      <w:pPr>
        <w:spacing w:after="0"/>
      </w:pPr>
    </w:p>
    <w:p w14:paraId="66848C98" w14:textId="77777777" w:rsidR="007738B2" w:rsidRDefault="00402795">
      <w:pPr>
        <w:pStyle w:val="Overskrift2"/>
      </w:pPr>
      <w:r>
        <w:t>Antall skoledager per måned</w:t>
      </w:r>
    </w:p>
    <w:tbl>
      <w:tblPr>
        <w:tblStyle w:val="Tabellrutenett"/>
        <w:tblW w:w="9411" w:type="dxa"/>
        <w:jc w:val="center"/>
        <w:tblLayout w:type="fixed"/>
        <w:tblLook w:val="04A0" w:firstRow="1" w:lastRow="0" w:firstColumn="1" w:lastColumn="0" w:noHBand="0" w:noVBand="1"/>
      </w:tblPr>
      <w:tblGrid>
        <w:gridCol w:w="3095"/>
        <w:gridCol w:w="1611"/>
        <w:gridCol w:w="3094"/>
        <w:gridCol w:w="1611"/>
      </w:tblGrid>
      <w:tr w:rsidR="007738B2" w14:paraId="1FF24153" w14:textId="77777777">
        <w:trPr>
          <w:tblHeader/>
          <w:jc w:val="center"/>
        </w:trPr>
        <w:tc>
          <w:tcPr>
            <w:tcW w:w="3095" w:type="dxa"/>
            <w:shd w:val="clear" w:color="auto" w:fill="173B57"/>
            <w:tcMar>
              <w:top w:w="90" w:type="dxa"/>
              <w:left w:w="120" w:type="dxa"/>
              <w:bottom w:w="90" w:type="dxa"/>
              <w:right w:w="120" w:type="dxa"/>
            </w:tcMar>
            <w:vAlign w:val="center"/>
          </w:tcPr>
          <w:p w14:paraId="061292DE" w14:textId="77777777" w:rsidR="007738B2" w:rsidRDefault="00402795">
            <w:pPr>
              <w:spacing w:after="0"/>
            </w:pPr>
            <w:r>
              <w:rPr>
                <w:b/>
                <w:color w:val="FFFFFF"/>
                <w:sz w:val="19"/>
              </w:rPr>
              <w:t>Måned</w:t>
            </w:r>
          </w:p>
        </w:tc>
        <w:tc>
          <w:tcPr>
            <w:tcW w:w="1611" w:type="dxa"/>
            <w:shd w:val="clear" w:color="auto" w:fill="173B57"/>
            <w:tcMar>
              <w:top w:w="90" w:type="dxa"/>
              <w:left w:w="120" w:type="dxa"/>
              <w:bottom w:w="90" w:type="dxa"/>
              <w:right w:w="120" w:type="dxa"/>
            </w:tcMar>
            <w:vAlign w:val="center"/>
          </w:tcPr>
          <w:p w14:paraId="1198F47E" w14:textId="77777777" w:rsidR="007738B2" w:rsidRDefault="00402795">
            <w:pPr>
              <w:spacing w:after="0"/>
            </w:pPr>
            <w:r>
              <w:rPr>
                <w:b/>
                <w:color w:val="FFFFFF"/>
                <w:sz w:val="19"/>
              </w:rPr>
              <w:t>Dager</w:t>
            </w:r>
          </w:p>
        </w:tc>
        <w:tc>
          <w:tcPr>
            <w:tcW w:w="3094" w:type="dxa"/>
            <w:shd w:val="clear" w:color="auto" w:fill="173B57"/>
            <w:tcMar>
              <w:top w:w="90" w:type="dxa"/>
              <w:left w:w="120" w:type="dxa"/>
              <w:bottom w:w="90" w:type="dxa"/>
              <w:right w:w="120" w:type="dxa"/>
            </w:tcMar>
            <w:vAlign w:val="center"/>
          </w:tcPr>
          <w:p w14:paraId="33E82ED6" w14:textId="77777777" w:rsidR="007738B2" w:rsidRDefault="00402795">
            <w:pPr>
              <w:spacing w:after="0"/>
            </w:pPr>
            <w:r>
              <w:rPr>
                <w:b/>
                <w:color w:val="FFFFFF"/>
                <w:sz w:val="19"/>
              </w:rPr>
              <w:t>Måned</w:t>
            </w:r>
          </w:p>
        </w:tc>
        <w:tc>
          <w:tcPr>
            <w:tcW w:w="1611" w:type="dxa"/>
            <w:shd w:val="clear" w:color="auto" w:fill="173B57"/>
            <w:tcMar>
              <w:top w:w="90" w:type="dxa"/>
              <w:left w:w="120" w:type="dxa"/>
              <w:bottom w:w="90" w:type="dxa"/>
              <w:right w:w="120" w:type="dxa"/>
            </w:tcMar>
            <w:vAlign w:val="center"/>
          </w:tcPr>
          <w:p w14:paraId="6D598FE5" w14:textId="77777777" w:rsidR="007738B2" w:rsidRDefault="00402795">
            <w:pPr>
              <w:spacing w:after="0"/>
            </w:pPr>
            <w:r>
              <w:rPr>
                <w:b/>
                <w:color w:val="FFFFFF"/>
                <w:sz w:val="19"/>
              </w:rPr>
              <w:t>Dager</w:t>
            </w:r>
          </w:p>
        </w:tc>
      </w:tr>
      <w:tr w:rsidR="007738B2" w14:paraId="71666A14" w14:textId="77777777">
        <w:trPr>
          <w:jc w:val="center"/>
        </w:trPr>
        <w:tc>
          <w:tcPr>
            <w:tcW w:w="3095" w:type="dxa"/>
            <w:tcMar>
              <w:top w:w="90" w:type="dxa"/>
              <w:left w:w="120" w:type="dxa"/>
              <w:bottom w:w="90" w:type="dxa"/>
              <w:right w:w="120" w:type="dxa"/>
            </w:tcMar>
            <w:vAlign w:val="center"/>
          </w:tcPr>
          <w:p w14:paraId="2BC0CDD1" w14:textId="77777777" w:rsidR="007738B2" w:rsidRDefault="00402795">
            <w:pPr>
              <w:spacing w:after="0" w:line="252" w:lineRule="auto"/>
            </w:pPr>
            <w:r>
              <w:rPr>
                <w:sz w:val="19"/>
              </w:rPr>
              <w:t>August</w:t>
            </w:r>
          </w:p>
        </w:tc>
        <w:tc>
          <w:tcPr>
            <w:tcW w:w="1611" w:type="dxa"/>
            <w:tcMar>
              <w:top w:w="90" w:type="dxa"/>
              <w:left w:w="120" w:type="dxa"/>
              <w:bottom w:w="90" w:type="dxa"/>
              <w:right w:w="120" w:type="dxa"/>
            </w:tcMar>
            <w:vAlign w:val="center"/>
          </w:tcPr>
          <w:p w14:paraId="1EA49B67" w14:textId="77777777" w:rsidR="007738B2" w:rsidRDefault="00402795">
            <w:pPr>
              <w:spacing w:after="0" w:line="252" w:lineRule="auto"/>
            </w:pPr>
            <w:r>
              <w:rPr>
                <w:sz w:val="19"/>
              </w:rPr>
              <w:t>11</w:t>
            </w:r>
          </w:p>
        </w:tc>
        <w:tc>
          <w:tcPr>
            <w:tcW w:w="3094" w:type="dxa"/>
            <w:tcMar>
              <w:top w:w="90" w:type="dxa"/>
              <w:left w:w="120" w:type="dxa"/>
              <w:bottom w:w="90" w:type="dxa"/>
              <w:right w:w="120" w:type="dxa"/>
            </w:tcMar>
            <w:vAlign w:val="center"/>
          </w:tcPr>
          <w:p w14:paraId="2BEA750B" w14:textId="77777777" w:rsidR="007738B2" w:rsidRDefault="00402795">
            <w:pPr>
              <w:spacing w:after="0" w:line="252" w:lineRule="auto"/>
            </w:pPr>
            <w:r>
              <w:rPr>
                <w:sz w:val="19"/>
              </w:rPr>
              <w:t>Januar</w:t>
            </w:r>
          </w:p>
        </w:tc>
        <w:tc>
          <w:tcPr>
            <w:tcW w:w="1611" w:type="dxa"/>
            <w:tcMar>
              <w:top w:w="90" w:type="dxa"/>
              <w:left w:w="120" w:type="dxa"/>
              <w:bottom w:w="90" w:type="dxa"/>
              <w:right w:w="120" w:type="dxa"/>
            </w:tcMar>
            <w:vAlign w:val="center"/>
          </w:tcPr>
          <w:p w14:paraId="5C98EA6E" w14:textId="77777777" w:rsidR="007738B2" w:rsidRDefault="00402795">
            <w:pPr>
              <w:spacing w:after="0" w:line="252" w:lineRule="auto"/>
            </w:pPr>
            <w:r>
              <w:rPr>
                <w:sz w:val="19"/>
              </w:rPr>
              <w:t>19</w:t>
            </w:r>
          </w:p>
        </w:tc>
      </w:tr>
      <w:tr w:rsidR="007738B2" w14:paraId="45B56B84" w14:textId="77777777">
        <w:trPr>
          <w:jc w:val="center"/>
        </w:trPr>
        <w:tc>
          <w:tcPr>
            <w:tcW w:w="3095" w:type="dxa"/>
            <w:shd w:val="clear" w:color="auto" w:fill="F3F5F6"/>
            <w:tcMar>
              <w:top w:w="90" w:type="dxa"/>
              <w:left w:w="120" w:type="dxa"/>
              <w:bottom w:w="90" w:type="dxa"/>
              <w:right w:w="120" w:type="dxa"/>
            </w:tcMar>
            <w:vAlign w:val="center"/>
          </w:tcPr>
          <w:p w14:paraId="01008598" w14:textId="77777777" w:rsidR="007738B2" w:rsidRDefault="00402795">
            <w:pPr>
              <w:spacing w:after="0" w:line="252" w:lineRule="auto"/>
            </w:pPr>
            <w:r>
              <w:rPr>
                <w:sz w:val="19"/>
              </w:rPr>
              <w:t>September</w:t>
            </w:r>
          </w:p>
        </w:tc>
        <w:tc>
          <w:tcPr>
            <w:tcW w:w="1611" w:type="dxa"/>
            <w:shd w:val="clear" w:color="auto" w:fill="F3F5F6"/>
            <w:tcMar>
              <w:top w:w="90" w:type="dxa"/>
              <w:left w:w="120" w:type="dxa"/>
              <w:bottom w:w="90" w:type="dxa"/>
              <w:right w:w="120" w:type="dxa"/>
            </w:tcMar>
            <w:vAlign w:val="center"/>
          </w:tcPr>
          <w:p w14:paraId="0C11C34E" w14:textId="77777777" w:rsidR="007738B2" w:rsidRDefault="00402795">
            <w:pPr>
              <w:spacing w:after="0" w:line="252" w:lineRule="auto"/>
            </w:pPr>
            <w:r>
              <w:rPr>
                <w:sz w:val="19"/>
              </w:rPr>
              <w:t>22</w:t>
            </w:r>
          </w:p>
        </w:tc>
        <w:tc>
          <w:tcPr>
            <w:tcW w:w="3094" w:type="dxa"/>
            <w:shd w:val="clear" w:color="auto" w:fill="F3F5F6"/>
            <w:tcMar>
              <w:top w:w="90" w:type="dxa"/>
              <w:left w:w="120" w:type="dxa"/>
              <w:bottom w:w="90" w:type="dxa"/>
              <w:right w:w="120" w:type="dxa"/>
            </w:tcMar>
            <w:vAlign w:val="center"/>
          </w:tcPr>
          <w:p w14:paraId="207E4BD3" w14:textId="77777777" w:rsidR="007738B2" w:rsidRDefault="00402795">
            <w:pPr>
              <w:spacing w:after="0" w:line="252" w:lineRule="auto"/>
            </w:pPr>
            <w:r>
              <w:rPr>
                <w:sz w:val="19"/>
              </w:rPr>
              <w:t>Februar</w:t>
            </w:r>
          </w:p>
        </w:tc>
        <w:tc>
          <w:tcPr>
            <w:tcW w:w="1611" w:type="dxa"/>
            <w:shd w:val="clear" w:color="auto" w:fill="F3F5F6"/>
            <w:tcMar>
              <w:top w:w="90" w:type="dxa"/>
              <w:left w:w="120" w:type="dxa"/>
              <w:bottom w:w="90" w:type="dxa"/>
              <w:right w:w="120" w:type="dxa"/>
            </w:tcMar>
            <w:vAlign w:val="center"/>
          </w:tcPr>
          <w:p w14:paraId="282F9D61" w14:textId="77777777" w:rsidR="007738B2" w:rsidRDefault="00402795">
            <w:pPr>
              <w:spacing w:after="0" w:line="252" w:lineRule="auto"/>
            </w:pPr>
            <w:r>
              <w:rPr>
                <w:sz w:val="19"/>
              </w:rPr>
              <w:t>15</w:t>
            </w:r>
          </w:p>
        </w:tc>
      </w:tr>
      <w:tr w:rsidR="007738B2" w14:paraId="4DEEE5D3" w14:textId="77777777">
        <w:trPr>
          <w:jc w:val="center"/>
        </w:trPr>
        <w:tc>
          <w:tcPr>
            <w:tcW w:w="3095" w:type="dxa"/>
            <w:tcMar>
              <w:top w:w="90" w:type="dxa"/>
              <w:left w:w="120" w:type="dxa"/>
              <w:bottom w:w="90" w:type="dxa"/>
              <w:right w:w="120" w:type="dxa"/>
            </w:tcMar>
            <w:vAlign w:val="center"/>
          </w:tcPr>
          <w:p w14:paraId="5BEA7DE8" w14:textId="77777777" w:rsidR="007738B2" w:rsidRDefault="00402795">
            <w:pPr>
              <w:spacing w:after="0" w:line="252" w:lineRule="auto"/>
            </w:pPr>
            <w:r>
              <w:rPr>
                <w:sz w:val="19"/>
              </w:rPr>
              <w:t>Oktober</w:t>
            </w:r>
          </w:p>
        </w:tc>
        <w:tc>
          <w:tcPr>
            <w:tcW w:w="1611" w:type="dxa"/>
            <w:tcMar>
              <w:top w:w="90" w:type="dxa"/>
              <w:left w:w="120" w:type="dxa"/>
              <w:bottom w:w="90" w:type="dxa"/>
              <w:right w:w="120" w:type="dxa"/>
            </w:tcMar>
            <w:vAlign w:val="center"/>
          </w:tcPr>
          <w:p w14:paraId="4DED126F" w14:textId="77777777" w:rsidR="007738B2" w:rsidRDefault="00402795">
            <w:pPr>
              <w:spacing w:after="0" w:line="252" w:lineRule="auto"/>
            </w:pPr>
            <w:r>
              <w:rPr>
                <w:sz w:val="19"/>
              </w:rPr>
              <w:t>17</w:t>
            </w:r>
          </w:p>
        </w:tc>
        <w:tc>
          <w:tcPr>
            <w:tcW w:w="3094" w:type="dxa"/>
            <w:tcMar>
              <w:top w:w="90" w:type="dxa"/>
              <w:left w:w="120" w:type="dxa"/>
              <w:bottom w:w="90" w:type="dxa"/>
              <w:right w:w="120" w:type="dxa"/>
            </w:tcMar>
            <w:vAlign w:val="center"/>
          </w:tcPr>
          <w:p w14:paraId="1AE90E68" w14:textId="77777777" w:rsidR="007738B2" w:rsidRDefault="00402795">
            <w:pPr>
              <w:spacing w:after="0" w:line="252" w:lineRule="auto"/>
            </w:pPr>
            <w:r>
              <w:rPr>
                <w:sz w:val="19"/>
              </w:rPr>
              <w:t>Mars</w:t>
            </w:r>
          </w:p>
        </w:tc>
        <w:tc>
          <w:tcPr>
            <w:tcW w:w="1611" w:type="dxa"/>
            <w:tcMar>
              <w:top w:w="90" w:type="dxa"/>
              <w:left w:w="120" w:type="dxa"/>
              <w:bottom w:w="90" w:type="dxa"/>
              <w:right w:w="120" w:type="dxa"/>
            </w:tcMar>
            <w:vAlign w:val="center"/>
          </w:tcPr>
          <w:p w14:paraId="79DA7CB3" w14:textId="77777777" w:rsidR="007738B2" w:rsidRDefault="00402795">
            <w:pPr>
              <w:spacing w:after="0" w:line="252" w:lineRule="auto"/>
            </w:pPr>
            <w:r>
              <w:rPr>
                <w:sz w:val="19"/>
              </w:rPr>
              <w:t>17</w:t>
            </w:r>
          </w:p>
        </w:tc>
      </w:tr>
      <w:tr w:rsidR="007738B2" w14:paraId="0E54A9A3" w14:textId="77777777">
        <w:trPr>
          <w:jc w:val="center"/>
        </w:trPr>
        <w:tc>
          <w:tcPr>
            <w:tcW w:w="3095" w:type="dxa"/>
            <w:shd w:val="clear" w:color="auto" w:fill="F3F5F6"/>
            <w:tcMar>
              <w:top w:w="90" w:type="dxa"/>
              <w:left w:w="120" w:type="dxa"/>
              <w:bottom w:w="90" w:type="dxa"/>
              <w:right w:w="120" w:type="dxa"/>
            </w:tcMar>
            <w:vAlign w:val="center"/>
          </w:tcPr>
          <w:p w14:paraId="60F3A0CC" w14:textId="77777777" w:rsidR="007738B2" w:rsidRDefault="00402795">
            <w:pPr>
              <w:spacing w:after="0" w:line="252" w:lineRule="auto"/>
            </w:pPr>
            <w:r>
              <w:rPr>
                <w:sz w:val="19"/>
              </w:rPr>
              <w:t>November</w:t>
            </w:r>
          </w:p>
        </w:tc>
        <w:tc>
          <w:tcPr>
            <w:tcW w:w="1611" w:type="dxa"/>
            <w:shd w:val="clear" w:color="auto" w:fill="F3F5F6"/>
            <w:tcMar>
              <w:top w:w="90" w:type="dxa"/>
              <w:left w:w="120" w:type="dxa"/>
              <w:bottom w:w="90" w:type="dxa"/>
              <w:right w:w="120" w:type="dxa"/>
            </w:tcMar>
            <w:vAlign w:val="center"/>
          </w:tcPr>
          <w:p w14:paraId="7D6CA772" w14:textId="77777777" w:rsidR="007738B2" w:rsidRDefault="00402795">
            <w:pPr>
              <w:spacing w:after="0" w:line="252" w:lineRule="auto"/>
            </w:pPr>
            <w:r>
              <w:rPr>
                <w:sz w:val="19"/>
              </w:rPr>
              <w:t>21</w:t>
            </w:r>
          </w:p>
        </w:tc>
        <w:tc>
          <w:tcPr>
            <w:tcW w:w="3094" w:type="dxa"/>
            <w:shd w:val="clear" w:color="auto" w:fill="F3F5F6"/>
            <w:tcMar>
              <w:top w:w="90" w:type="dxa"/>
              <w:left w:w="120" w:type="dxa"/>
              <w:bottom w:w="90" w:type="dxa"/>
              <w:right w:w="120" w:type="dxa"/>
            </w:tcMar>
            <w:vAlign w:val="center"/>
          </w:tcPr>
          <w:p w14:paraId="4C60AB7C" w14:textId="77777777" w:rsidR="007738B2" w:rsidRDefault="00402795">
            <w:pPr>
              <w:spacing w:after="0" w:line="252" w:lineRule="auto"/>
            </w:pPr>
            <w:r>
              <w:rPr>
                <w:sz w:val="19"/>
              </w:rPr>
              <w:t>April</w:t>
            </w:r>
          </w:p>
        </w:tc>
        <w:tc>
          <w:tcPr>
            <w:tcW w:w="1611" w:type="dxa"/>
            <w:shd w:val="clear" w:color="auto" w:fill="F3F5F6"/>
            <w:tcMar>
              <w:top w:w="90" w:type="dxa"/>
              <w:left w:w="120" w:type="dxa"/>
              <w:bottom w:w="90" w:type="dxa"/>
              <w:right w:w="120" w:type="dxa"/>
            </w:tcMar>
            <w:vAlign w:val="center"/>
          </w:tcPr>
          <w:p w14:paraId="339FA39E" w14:textId="77777777" w:rsidR="007738B2" w:rsidRDefault="00402795">
            <w:pPr>
              <w:spacing w:after="0" w:line="252" w:lineRule="auto"/>
            </w:pPr>
            <w:r>
              <w:rPr>
                <w:sz w:val="19"/>
              </w:rPr>
              <w:t>22</w:t>
            </w:r>
          </w:p>
        </w:tc>
      </w:tr>
      <w:tr w:rsidR="007738B2" w14:paraId="62210034" w14:textId="77777777">
        <w:trPr>
          <w:jc w:val="center"/>
        </w:trPr>
        <w:tc>
          <w:tcPr>
            <w:tcW w:w="3095" w:type="dxa"/>
            <w:tcMar>
              <w:top w:w="90" w:type="dxa"/>
              <w:left w:w="120" w:type="dxa"/>
              <w:bottom w:w="90" w:type="dxa"/>
              <w:right w:w="120" w:type="dxa"/>
            </w:tcMar>
            <w:vAlign w:val="center"/>
          </w:tcPr>
          <w:p w14:paraId="60FC7F65" w14:textId="77777777" w:rsidR="007738B2" w:rsidRDefault="00402795">
            <w:pPr>
              <w:spacing w:after="0" w:line="252" w:lineRule="auto"/>
            </w:pPr>
            <w:r>
              <w:rPr>
                <w:sz w:val="19"/>
              </w:rPr>
              <w:t>Desember</w:t>
            </w:r>
          </w:p>
        </w:tc>
        <w:tc>
          <w:tcPr>
            <w:tcW w:w="1611" w:type="dxa"/>
            <w:tcMar>
              <w:top w:w="90" w:type="dxa"/>
              <w:left w:w="120" w:type="dxa"/>
              <w:bottom w:w="90" w:type="dxa"/>
              <w:right w:w="120" w:type="dxa"/>
            </w:tcMar>
            <w:vAlign w:val="center"/>
          </w:tcPr>
          <w:p w14:paraId="51B033D6" w14:textId="77777777" w:rsidR="007738B2" w:rsidRDefault="00402795">
            <w:pPr>
              <w:spacing w:after="0" w:line="252" w:lineRule="auto"/>
            </w:pPr>
            <w:r>
              <w:rPr>
                <w:sz w:val="19"/>
              </w:rPr>
              <w:t>14</w:t>
            </w:r>
          </w:p>
        </w:tc>
        <w:tc>
          <w:tcPr>
            <w:tcW w:w="3094" w:type="dxa"/>
            <w:tcMar>
              <w:top w:w="90" w:type="dxa"/>
              <w:left w:w="120" w:type="dxa"/>
              <w:bottom w:w="90" w:type="dxa"/>
              <w:right w:w="120" w:type="dxa"/>
            </w:tcMar>
            <w:vAlign w:val="center"/>
          </w:tcPr>
          <w:p w14:paraId="6FC17307" w14:textId="77777777" w:rsidR="007738B2" w:rsidRDefault="00402795">
            <w:pPr>
              <w:spacing w:after="0" w:line="252" w:lineRule="auto"/>
            </w:pPr>
            <w:r>
              <w:rPr>
                <w:sz w:val="19"/>
              </w:rPr>
              <w:t>Mai</w:t>
            </w:r>
          </w:p>
        </w:tc>
        <w:tc>
          <w:tcPr>
            <w:tcW w:w="1611" w:type="dxa"/>
            <w:tcMar>
              <w:top w:w="90" w:type="dxa"/>
              <w:left w:w="120" w:type="dxa"/>
              <w:bottom w:w="90" w:type="dxa"/>
              <w:right w:w="120" w:type="dxa"/>
            </w:tcMar>
            <w:vAlign w:val="center"/>
          </w:tcPr>
          <w:p w14:paraId="6B66CF06" w14:textId="77777777" w:rsidR="007738B2" w:rsidRDefault="00402795">
            <w:pPr>
              <w:spacing w:after="0" w:line="252" w:lineRule="auto"/>
            </w:pPr>
            <w:r>
              <w:rPr>
                <w:sz w:val="19"/>
              </w:rPr>
              <w:t>18</w:t>
            </w:r>
          </w:p>
        </w:tc>
      </w:tr>
      <w:tr w:rsidR="007738B2" w14:paraId="27AC5369" w14:textId="77777777">
        <w:trPr>
          <w:jc w:val="center"/>
        </w:trPr>
        <w:tc>
          <w:tcPr>
            <w:tcW w:w="3095" w:type="dxa"/>
            <w:shd w:val="clear" w:color="auto" w:fill="F3F5F6"/>
            <w:tcMar>
              <w:top w:w="90" w:type="dxa"/>
              <w:left w:w="120" w:type="dxa"/>
              <w:bottom w:w="90" w:type="dxa"/>
              <w:right w:w="120" w:type="dxa"/>
            </w:tcMar>
            <w:vAlign w:val="center"/>
          </w:tcPr>
          <w:p w14:paraId="2711C1CE" w14:textId="77777777" w:rsidR="007738B2" w:rsidRDefault="007738B2">
            <w:pPr>
              <w:spacing w:after="0" w:line="252" w:lineRule="auto"/>
            </w:pPr>
          </w:p>
        </w:tc>
        <w:tc>
          <w:tcPr>
            <w:tcW w:w="1611" w:type="dxa"/>
            <w:shd w:val="clear" w:color="auto" w:fill="F3F5F6"/>
            <w:tcMar>
              <w:top w:w="90" w:type="dxa"/>
              <w:left w:w="120" w:type="dxa"/>
              <w:bottom w:w="90" w:type="dxa"/>
              <w:right w:w="120" w:type="dxa"/>
            </w:tcMar>
            <w:vAlign w:val="center"/>
          </w:tcPr>
          <w:p w14:paraId="6F44B96D" w14:textId="77777777" w:rsidR="007738B2" w:rsidRDefault="007738B2">
            <w:pPr>
              <w:spacing w:after="0" w:line="252" w:lineRule="auto"/>
            </w:pPr>
          </w:p>
        </w:tc>
        <w:tc>
          <w:tcPr>
            <w:tcW w:w="3094" w:type="dxa"/>
            <w:shd w:val="clear" w:color="auto" w:fill="F3F5F6"/>
            <w:tcMar>
              <w:top w:w="90" w:type="dxa"/>
              <w:left w:w="120" w:type="dxa"/>
              <w:bottom w:w="90" w:type="dxa"/>
              <w:right w:w="120" w:type="dxa"/>
            </w:tcMar>
            <w:vAlign w:val="center"/>
          </w:tcPr>
          <w:p w14:paraId="3A8A7047" w14:textId="77777777" w:rsidR="007738B2" w:rsidRDefault="00402795">
            <w:pPr>
              <w:spacing w:after="0" w:line="252" w:lineRule="auto"/>
            </w:pPr>
            <w:r>
              <w:rPr>
                <w:sz w:val="19"/>
              </w:rPr>
              <w:t>Juni</w:t>
            </w:r>
          </w:p>
        </w:tc>
        <w:tc>
          <w:tcPr>
            <w:tcW w:w="1611" w:type="dxa"/>
            <w:shd w:val="clear" w:color="auto" w:fill="F3F5F6"/>
            <w:tcMar>
              <w:top w:w="90" w:type="dxa"/>
              <w:left w:w="120" w:type="dxa"/>
              <w:bottom w:w="90" w:type="dxa"/>
              <w:right w:w="120" w:type="dxa"/>
            </w:tcMar>
            <w:vAlign w:val="center"/>
          </w:tcPr>
          <w:p w14:paraId="6C021A00" w14:textId="77777777" w:rsidR="007738B2" w:rsidRDefault="00402795">
            <w:pPr>
              <w:spacing w:after="0" w:line="252" w:lineRule="auto"/>
            </w:pPr>
            <w:r>
              <w:rPr>
                <w:sz w:val="19"/>
              </w:rPr>
              <w:t>14</w:t>
            </w:r>
          </w:p>
        </w:tc>
      </w:tr>
      <w:tr w:rsidR="007738B2" w14:paraId="530D5478" w14:textId="77777777">
        <w:trPr>
          <w:jc w:val="center"/>
        </w:trPr>
        <w:tc>
          <w:tcPr>
            <w:tcW w:w="3095" w:type="dxa"/>
            <w:tcMar>
              <w:top w:w="90" w:type="dxa"/>
              <w:left w:w="120" w:type="dxa"/>
              <w:bottom w:w="90" w:type="dxa"/>
              <w:right w:w="120" w:type="dxa"/>
            </w:tcMar>
            <w:vAlign w:val="center"/>
          </w:tcPr>
          <w:p w14:paraId="19089BB8" w14:textId="77777777" w:rsidR="007738B2" w:rsidRDefault="00402795">
            <w:pPr>
              <w:spacing w:after="0" w:line="252" w:lineRule="auto"/>
            </w:pPr>
            <w:r>
              <w:rPr>
                <w:sz w:val="19"/>
              </w:rPr>
              <w:t>Sum</w:t>
            </w:r>
          </w:p>
        </w:tc>
        <w:tc>
          <w:tcPr>
            <w:tcW w:w="1611" w:type="dxa"/>
            <w:tcMar>
              <w:top w:w="90" w:type="dxa"/>
              <w:left w:w="120" w:type="dxa"/>
              <w:bottom w:w="90" w:type="dxa"/>
              <w:right w:w="120" w:type="dxa"/>
            </w:tcMar>
            <w:vAlign w:val="center"/>
          </w:tcPr>
          <w:p w14:paraId="7A4A9AA3" w14:textId="77777777" w:rsidR="007738B2" w:rsidRDefault="00402795">
            <w:pPr>
              <w:spacing w:after="0" w:line="252" w:lineRule="auto"/>
            </w:pPr>
            <w:r>
              <w:rPr>
                <w:sz w:val="19"/>
              </w:rPr>
              <w:t>190</w:t>
            </w:r>
          </w:p>
        </w:tc>
        <w:tc>
          <w:tcPr>
            <w:tcW w:w="3094" w:type="dxa"/>
            <w:tcMar>
              <w:top w:w="90" w:type="dxa"/>
              <w:left w:w="120" w:type="dxa"/>
              <w:bottom w:w="90" w:type="dxa"/>
              <w:right w:w="120" w:type="dxa"/>
            </w:tcMar>
            <w:vAlign w:val="center"/>
          </w:tcPr>
          <w:p w14:paraId="1B1B5348" w14:textId="77777777" w:rsidR="007738B2" w:rsidRDefault="007738B2">
            <w:pPr>
              <w:spacing w:after="0" w:line="252" w:lineRule="auto"/>
            </w:pPr>
          </w:p>
        </w:tc>
        <w:tc>
          <w:tcPr>
            <w:tcW w:w="1611" w:type="dxa"/>
            <w:tcMar>
              <w:top w:w="90" w:type="dxa"/>
              <w:left w:w="120" w:type="dxa"/>
              <w:bottom w:w="90" w:type="dxa"/>
              <w:right w:w="120" w:type="dxa"/>
            </w:tcMar>
            <w:vAlign w:val="center"/>
          </w:tcPr>
          <w:p w14:paraId="0256B293" w14:textId="77777777" w:rsidR="007738B2" w:rsidRDefault="007738B2">
            <w:pPr>
              <w:spacing w:after="0" w:line="252" w:lineRule="auto"/>
            </w:pPr>
          </w:p>
        </w:tc>
      </w:tr>
    </w:tbl>
    <w:p w14:paraId="416E59BC" w14:textId="77777777" w:rsidR="007738B2" w:rsidRDefault="007738B2">
      <w:pPr>
        <w:spacing w:after="0"/>
      </w:pPr>
    </w:p>
    <w:p w14:paraId="41755F7B" w14:textId="77777777" w:rsidR="007738B2" w:rsidRDefault="00402795">
      <w:r>
        <w:br w:type="page"/>
      </w:r>
    </w:p>
    <w:p w14:paraId="4EDCD7E3" w14:textId="77777777" w:rsidR="007738B2" w:rsidRDefault="00402795">
      <w:pPr>
        <w:pStyle w:val="Overskrift1"/>
      </w:pPr>
      <w:r>
        <w:lastRenderedPageBreak/>
        <w:t>Grunnlag for planen</w:t>
      </w:r>
    </w:p>
    <w:p w14:paraId="0952F004" w14:textId="77777777" w:rsidR="007738B2" w:rsidRPr="00C64952" w:rsidRDefault="00402795">
      <w:pPr>
        <w:rPr>
          <w:lang w:val="nb-NO"/>
        </w:rPr>
      </w:pPr>
      <w:r w:rsidRPr="00C64952">
        <w:rPr>
          <w:lang w:val="nb-NO"/>
        </w:rPr>
        <w:t>Årsplanen bygger blant annet på:</w:t>
      </w:r>
    </w:p>
    <w:p w14:paraId="4DCE870B" w14:textId="77777777" w:rsidR="007738B2" w:rsidRDefault="00BE2C24">
      <w:pPr>
        <w:pStyle w:val="Punktliste"/>
        <w:spacing w:after="80"/>
      </w:pPr>
      <w:proofErr w:type="spellStart"/>
      <w:r>
        <w:t>O</w:t>
      </w:r>
      <w:r w:rsidR="00402795">
        <w:t>pplæringsloven</w:t>
      </w:r>
      <w:proofErr w:type="spellEnd"/>
      <w:r w:rsidR="00402795">
        <w:t xml:space="preserve"> og </w:t>
      </w:r>
      <w:proofErr w:type="spellStart"/>
      <w:r w:rsidR="00402795">
        <w:t>opplæringsforskriften</w:t>
      </w:r>
      <w:proofErr w:type="spellEnd"/>
    </w:p>
    <w:p w14:paraId="071F96AD" w14:textId="77777777" w:rsidR="00EB241F" w:rsidRPr="00C64952" w:rsidRDefault="00EB241F" w:rsidP="00EB241F">
      <w:pPr>
        <w:pStyle w:val="Punktliste"/>
        <w:tabs>
          <w:tab w:val="clear" w:pos="360"/>
          <w:tab w:val="num" w:pos="720"/>
        </w:tabs>
        <w:spacing w:after="80"/>
        <w:ind w:left="720"/>
        <w:rPr>
          <w:lang w:val="nb-NO"/>
        </w:rPr>
      </w:pPr>
      <w:r>
        <w:rPr>
          <w:lang w:val="nb-NO"/>
        </w:rPr>
        <w:t>O</w:t>
      </w:r>
      <w:r w:rsidRPr="00C64952">
        <w:rPr>
          <w:lang w:val="nb-NO"/>
        </w:rPr>
        <w:t>pplæringsloven kapittel 10 om medvirkning og foreldresamarbeid</w:t>
      </w:r>
    </w:p>
    <w:p w14:paraId="61E430FB" w14:textId="77777777" w:rsidR="00EB241F" w:rsidRPr="00C64952" w:rsidRDefault="00EB241F" w:rsidP="00EB241F">
      <w:pPr>
        <w:pStyle w:val="Punktliste"/>
        <w:tabs>
          <w:tab w:val="clear" w:pos="360"/>
          <w:tab w:val="num" w:pos="720"/>
        </w:tabs>
        <w:spacing w:after="80"/>
        <w:ind w:left="720"/>
        <w:rPr>
          <w:lang w:val="nb-NO"/>
        </w:rPr>
      </w:pPr>
      <w:r>
        <w:rPr>
          <w:lang w:val="nb-NO"/>
        </w:rPr>
        <w:t>O</w:t>
      </w:r>
      <w:r w:rsidRPr="00C64952">
        <w:rPr>
          <w:lang w:val="nb-NO"/>
        </w:rPr>
        <w:t>pplæringsloven kapittel 11 om tilpasset opplæring og individuell tilrettelegging</w:t>
      </w:r>
    </w:p>
    <w:p w14:paraId="0A37E7A0" w14:textId="77777777" w:rsidR="00EB241F" w:rsidRPr="00087585" w:rsidRDefault="00EB241F" w:rsidP="00EB241F">
      <w:pPr>
        <w:pStyle w:val="Punktliste"/>
        <w:tabs>
          <w:tab w:val="clear" w:pos="360"/>
          <w:tab w:val="num" w:pos="720"/>
        </w:tabs>
        <w:spacing w:after="80"/>
        <w:ind w:left="720"/>
        <w:rPr>
          <w:lang w:val="nb-NO"/>
        </w:rPr>
      </w:pPr>
      <w:r w:rsidRPr="00087585">
        <w:rPr>
          <w:lang w:val="nb-NO"/>
        </w:rPr>
        <w:t>Opplæringsloven kapittel 12 om elevenes skolemiljø</w:t>
      </w:r>
    </w:p>
    <w:p w14:paraId="1DBDA1D2" w14:textId="77777777" w:rsidR="00EB241F" w:rsidRDefault="00EB241F" w:rsidP="00EB241F">
      <w:pPr>
        <w:pStyle w:val="Punktliste"/>
        <w:tabs>
          <w:tab w:val="clear" w:pos="360"/>
          <w:tab w:val="num" w:pos="720"/>
        </w:tabs>
        <w:ind w:left="720"/>
      </w:pPr>
      <w:proofErr w:type="spellStart"/>
      <w:r>
        <w:t>Opplæringsforskriften</w:t>
      </w:r>
      <w:proofErr w:type="spellEnd"/>
      <w:r>
        <w:t xml:space="preserve"> § 11-2 om </w:t>
      </w:r>
      <w:proofErr w:type="spellStart"/>
      <w:r>
        <w:t>skolebibliotek</w:t>
      </w:r>
      <w:proofErr w:type="spellEnd"/>
    </w:p>
    <w:p w14:paraId="0EF5ADB7" w14:textId="77777777" w:rsidR="007738B2" w:rsidRPr="00087585" w:rsidRDefault="00087585">
      <w:pPr>
        <w:pStyle w:val="Punktliste"/>
        <w:spacing w:after="80"/>
        <w:rPr>
          <w:lang w:val="nb-NO"/>
        </w:rPr>
      </w:pPr>
      <w:r w:rsidRPr="00087585">
        <w:rPr>
          <w:lang w:val="nb-NO"/>
        </w:rPr>
        <w:t>L</w:t>
      </w:r>
      <w:r w:rsidR="00402795" w:rsidRPr="00087585">
        <w:rPr>
          <w:lang w:val="nb-NO"/>
        </w:rPr>
        <w:t>æreplanverket LK20, inkludert Overordnet del</w:t>
      </w:r>
    </w:p>
    <w:p w14:paraId="0215F058" w14:textId="77777777" w:rsidR="007738B2" w:rsidRDefault="00087585">
      <w:pPr>
        <w:pStyle w:val="Punktliste"/>
        <w:spacing w:after="80"/>
      </w:pPr>
      <w:proofErr w:type="spellStart"/>
      <w:r>
        <w:t>R</w:t>
      </w:r>
      <w:r w:rsidR="00402795">
        <w:t>ammeplan</w:t>
      </w:r>
      <w:proofErr w:type="spellEnd"/>
      <w:r w:rsidR="00402795">
        <w:t xml:space="preserve"> for </w:t>
      </w:r>
      <w:proofErr w:type="spellStart"/>
      <w:r w:rsidR="00402795">
        <w:t>skolefritidsordningen</w:t>
      </w:r>
      <w:proofErr w:type="spellEnd"/>
    </w:p>
    <w:p w14:paraId="1EB20F8D" w14:textId="77777777" w:rsidR="007738B2" w:rsidRPr="00C64952" w:rsidRDefault="00087585">
      <w:pPr>
        <w:pStyle w:val="Punktliste"/>
        <w:spacing w:after="80"/>
        <w:rPr>
          <w:lang w:val="nb-NO"/>
        </w:rPr>
      </w:pPr>
      <w:r>
        <w:rPr>
          <w:lang w:val="nb-NO"/>
        </w:rPr>
        <w:t>N</w:t>
      </w:r>
      <w:r w:rsidR="00402795" w:rsidRPr="00C64952">
        <w:rPr>
          <w:lang w:val="nb-NO"/>
        </w:rPr>
        <w:t>asjonale føringer for prøver, undersøkelser og oppfølging av fravær</w:t>
      </w:r>
    </w:p>
    <w:p w14:paraId="300B54D1" w14:textId="77777777" w:rsidR="007738B2" w:rsidRDefault="00F961DB">
      <w:pPr>
        <w:pStyle w:val="Punktliste"/>
        <w:spacing w:after="80"/>
      </w:pPr>
      <w:proofErr w:type="spellStart"/>
      <w:r>
        <w:t>S</w:t>
      </w:r>
      <w:r w:rsidR="00402795">
        <w:t>kolens</w:t>
      </w:r>
      <w:proofErr w:type="spellEnd"/>
      <w:r w:rsidR="00402795">
        <w:t xml:space="preserve"> </w:t>
      </w:r>
      <w:proofErr w:type="spellStart"/>
      <w:r w:rsidR="00402795">
        <w:t>evalueringer</w:t>
      </w:r>
      <w:proofErr w:type="spellEnd"/>
      <w:r w:rsidR="00402795">
        <w:t xml:space="preserve">, </w:t>
      </w:r>
      <w:proofErr w:type="spellStart"/>
      <w:r w:rsidR="00402795">
        <w:t>kartlegginger</w:t>
      </w:r>
      <w:proofErr w:type="spellEnd"/>
      <w:r w:rsidR="00402795">
        <w:t xml:space="preserve"> og </w:t>
      </w:r>
      <w:proofErr w:type="spellStart"/>
      <w:r w:rsidR="00402795">
        <w:t>utviklingsarbeid</w:t>
      </w:r>
      <w:proofErr w:type="spellEnd"/>
    </w:p>
    <w:p w14:paraId="3DC19012" w14:textId="77777777" w:rsidR="00F961DB" w:rsidRDefault="00F961DB" w:rsidP="00F961DB">
      <w:pPr>
        <w:pStyle w:val="Punktliste"/>
        <w:numPr>
          <w:ilvl w:val="0"/>
          <w:numId w:val="0"/>
        </w:numPr>
        <w:spacing w:after="80"/>
        <w:ind w:left="360"/>
      </w:pPr>
    </w:p>
    <w:tbl>
      <w:tblPr>
        <w:tblW w:w="9411" w:type="dxa"/>
        <w:jc w:val="center"/>
        <w:tblLayout w:type="fixed"/>
        <w:tblLook w:val="04A0" w:firstRow="1" w:lastRow="0" w:firstColumn="1" w:lastColumn="0" w:noHBand="0" w:noVBand="1"/>
      </w:tblPr>
      <w:tblGrid>
        <w:gridCol w:w="9411"/>
      </w:tblGrid>
      <w:tr w:rsidR="007738B2" w:rsidRPr="00707FC6" w14:paraId="77BA44A8" w14:textId="77777777">
        <w:trPr>
          <w:tblHeader/>
          <w:jc w:val="center"/>
        </w:trPr>
        <w:tc>
          <w:tcPr>
            <w:tcW w:w="9411" w:type="dxa"/>
            <w:shd w:val="clear" w:color="auto" w:fill="EAF2F6"/>
            <w:tcMar>
              <w:top w:w="90" w:type="dxa"/>
              <w:left w:w="120" w:type="dxa"/>
              <w:bottom w:w="90" w:type="dxa"/>
              <w:right w:w="120" w:type="dxa"/>
            </w:tcMar>
            <w:vAlign w:val="center"/>
          </w:tcPr>
          <w:p w14:paraId="45C0DA94" w14:textId="77777777" w:rsidR="007738B2" w:rsidRDefault="00402795">
            <w:pPr>
              <w:spacing w:after="60"/>
            </w:pPr>
            <w:r>
              <w:rPr>
                <w:b/>
                <w:color w:val="173B57"/>
                <w:sz w:val="22"/>
              </w:rPr>
              <w:t>Planens funksjon</w:t>
            </w:r>
          </w:p>
          <w:p w14:paraId="128E4A04" w14:textId="77777777" w:rsidR="007738B2" w:rsidRPr="00C64952" w:rsidRDefault="00402795">
            <w:pPr>
              <w:spacing w:after="0"/>
              <w:rPr>
                <w:lang w:val="nb-NO"/>
              </w:rPr>
            </w:pPr>
            <w:r w:rsidRPr="00C64952">
              <w:rPr>
                <w:lang w:val="nb-NO"/>
              </w:rPr>
              <w:t>Planen skal gjøre skolens retning synlig og forståelig. Den mer detaljerte interne gjennomføringsplanen fordeler ansvar, utviklingstid og konkrete oppfølgingspunkter gjennom året.</w:t>
            </w:r>
          </w:p>
        </w:tc>
      </w:tr>
    </w:tbl>
    <w:p w14:paraId="3FE8CCA1" w14:textId="77777777" w:rsidR="007738B2" w:rsidRPr="00C64952" w:rsidRDefault="007738B2">
      <w:pPr>
        <w:spacing w:after="0"/>
        <w:rPr>
          <w:lang w:val="nb-NO"/>
        </w:rPr>
      </w:pPr>
    </w:p>
    <w:p w14:paraId="60FF1008" w14:textId="77777777" w:rsidR="007738B2" w:rsidRDefault="00402795">
      <w:pPr>
        <w:pStyle w:val="Overskrift2"/>
      </w:pPr>
      <w:proofErr w:type="spellStart"/>
      <w:r>
        <w:t>Offentlige</w:t>
      </w:r>
      <w:proofErr w:type="spellEnd"/>
      <w:r>
        <w:t xml:space="preserve"> </w:t>
      </w:r>
      <w:proofErr w:type="spellStart"/>
      <w:r>
        <w:t>informasjonskilder</w:t>
      </w:r>
      <w:proofErr w:type="spellEnd"/>
    </w:p>
    <w:p w14:paraId="3416F10D" w14:textId="77777777" w:rsidR="007738B2" w:rsidRPr="00C64952" w:rsidRDefault="00402795">
      <w:pPr>
        <w:pStyle w:val="Punktliste"/>
        <w:rPr>
          <w:lang w:val="nb-NO"/>
        </w:rPr>
      </w:pPr>
      <w:r w:rsidRPr="00C64952">
        <w:rPr>
          <w:b/>
          <w:lang w:val="nb-NO"/>
        </w:rPr>
        <w:t xml:space="preserve">Utdanningsdirektoratet – læreplaner og regelverk: </w:t>
      </w:r>
      <w:r w:rsidRPr="00C64952">
        <w:rPr>
          <w:lang w:val="nb-NO"/>
        </w:rPr>
        <w:t>https://www.udir.no/</w:t>
      </w:r>
    </w:p>
    <w:p w14:paraId="6F2A5A02" w14:textId="77777777" w:rsidR="007738B2" w:rsidRPr="00C64952" w:rsidRDefault="00402795">
      <w:pPr>
        <w:pStyle w:val="Punktliste"/>
        <w:rPr>
          <w:lang w:val="nb-NO"/>
        </w:rPr>
      </w:pPr>
      <w:r w:rsidRPr="00C64952">
        <w:rPr>
          <w:b/>
          <w:lang w:val="nb-NO"/>
        </w:rPr>
        <w:t xml:space="preserve">Opplæringsloven med regelverkstolkninger: </w:t>
      </w:r>
      <w:r w:rsidRPr="00C64952">
        <w:rPr>
          <w:lang w:val="nb-NO"/>
        </w:rPr>
        <w:t>https://www.udir.no/regelverkstolkninger/opplaring/lov-om-grunnskoleopplaringa-og-den-vidaregaande-opplaringa-opplaringslova/</w:t>
      </w:r>
    </w:p>
    <w:p w14:paraId="46CBFA35" w14:textId="77777777" w:rsidR="007738B2" w:rsidRPr="00C64952" w:rsidRDefault="00402795">
      <w:pPr>
        <w:pStyle w:val="Punktliste"/>
        <w:rPr>
          <w:lang w:val="nb-NO"/>
        </w:rPr>
      </w:pPr>
      <w:r w:rsidRPr="00C64952">
        <w:rPr>
          <w:b/>
          <w:lang w:val="nb-NO"/>
        </w:rPr>
        <w:t xml:space="preserve">Nasjonale prøver: </w:t>
      </w:r>
      <w:r w:rsidRPr="00C64952">
        <w:rPr>
          <w:lang w:val="nb-NO"/>
        </w:rPr>
        <w:t>https://www.udir.no/eksamen-og-prover/prover/nasjonale-prover/</w:t>
      </w:r>
    </w:p>
    <w:p w14:paraId="1A4AAA48" w14:textId="77777777" w:rsidR="007738B2" w:rsidRPr="00C64952" w:rsidRDefault="00402795">
      <w:pPr>
        <w:pStyle w:val="Punktliste"/>
        <w:rPr>
          <w:lang w:val="nb-NO"/>
        </w:rPr>
      </w:pPr>
      <w:r w:rsidRPr="00C64952">
        <w:rPr>
          <w:b/>
          <w:lang w:val="nb-NO"/>
        </w:rPr>
        <w:t xml:space="preserve">Elevundersøkelsen: </w:t>
      </w:r>
      <w:r w:rsidRPr="00C64952">
        <w:rPr>
          <w:lang w:val="nb-NO"/>
        </w:rPr>
        <w:t>https://www.udir.no/tall-og-forskning/brukerundersokelser/elevundersokelsen/</w:t>
      </w:r>
    </w:p>
    <w:p w14:paraId="3D735CA1" w14:textId="77777777" w:rsidR="00F961DB" w:rsidRDefault="00F961DB">
      <w:pPr>
        <w:pStyle w:val="Overskrift2"/>
        <w:rPr>
          <w:lang w:val="nb-NO"/>
        </w:rPr>
      </w:pPr>
    </w:p>
    <w:p w14:paraId="0DB5697A" w14:textId="77777777" w:rsidR="007738B2" w:rsidRPr="00C64952" w:rsidRDefault="00402795">
      <w:pPr>
        <w:pStyle w:val="Overskrift2"/>
        <w:rPr>
          <w:lang w:val="nb-NO"/>
        </w:rPr>
      </w:pPr>
      <w:r w:rsidRPr="00C64952">
        <w:rPr>
          <w:lang w:val="nb-NO"/>
        </w:rPr>
        <w:t>Kontakt</w:t>
      </w:r>
    </w:p>
    <w:p w14:paraId="039C30C3" w14:textId="77777777" w:rsidR="007738B2" w:rsidRPr="00C64952" w:rsidRDefault="00402795">
      <w:pPr>
        <w:rPr>
          <w:lang w:val="nb-NO"/>
        </w:rPr>
      </w:pPr>
      <w:r w:rsidRPr="00C64952">
        <w:rPr>
          <w:lang w:val="nb-NO"/>
        </w:rPr>
        <w:t xml:space="preserve">Spørsmål om årsplanen eller skolens arbeid kan rettes til Batnfjord </w:t>
      </w:r>
      <w:proofErr w:type="spellStart"/>
      <w:r w:rsidRPr="00C64952">
        <w:rPr>
          <w:lang w:val="nb-NO"/>
        </w:rPr>
        <w:t>skule</w:t>
      </w:r>
      <w:proofErr w:type="spellEnd"/>
      <w:r w:rsidRPr="00C64952">
        <w:rPr>
          <w:lang w:val="nb-NO"/>
        </w:rPr>
        <w:t xml:space="preserve"> gjennom kommunens ordinære kontaktkanaler.</w:t>
      </w:r>
    </w:p>
    <w:sectPr w:rsidR="007738B2" w:rsidRPr="00C64952" w:rsidSect="00034616">
      <w:headerReference w:type="default" r:id="rId11"/>
      <w:footerReference w:type="default" r:id="rId12"/>
      <w:pgSz w:w="11906" w:h="16838"/>
      <w:pgMar w:top="1134" w:right="1247" w:bottom="1020" w:left="124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5BAD" w14:textId="77777777" w:rsidR="00F64ABB" w:rsidRDefault="00F64ABB">
      <w:pPr>
        <w:spacing w:after="0" w:line="240" w:lineRule="auto"/>
      </w:pPr>
      <w:r>
        <w:separator/>
      </w:r>
    </w:p>
  </w:endnote>
  <w:endnote w:type="continuationSeparator" w:id="0">
    <w:p w14:paraId="65B6A126" w14:textId="77777777" w:rsidR="00F64ABB" w:rsidRDefault="00F6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FD1C" w14:textId="77777777" w:rsidR="007738B2" w:rsidRDefault="00402795">
    <w:pPr>
      <w:pStyle w:val="Bunntekst"/>
      <w:jc w:val="center"/>
    </w:pPr>
    <w:r>
      <w:rPr>
        <w:color w:val="66727A"/>
        <w:sz w:val="17"/>
      </w:rPr>
      <w:t xml:space="preserve">Batnfjord </w:t>
    </w:r>
    <w:proofErr w:type="gramStart"/>
    <w:r>
      <w:rPr>
        <w:color w:val="66727A"/>
        <w:sz w:val="17"/>
      </w:rPr>
      <w:t>skule  •</w:t>
    </w:r>
    <w:proofErr w:type="gramEnd"/>
    <w:r>
      <w:rPr>
        <w:color w:val="66727A"/>
        <w:sz w:val="17"/>
      </w:rPr>
      <w:t xml:space="preserve">  </w:t>
    </w:r>
    <w:r>
      <w:fldChar w:fldCharType="begin"/>
    </w:r>
    <w:r>
      <w:instrText xml:space="preserve"> PAGE </w:instrText>
    </w:r>
    <w:r>
      <w:fldChar w:fldCharType="separate"/>
    </w:r>
    <w:r>
      <w:rPr>
        <w:noProof/>
        <w:color w:val="66727A"/>
        <w:sz w:val="17"/>
      </w:rPr>
      <w:t>1</w:t>
    </w:r>
    <w:r>
      <w:rPr>
        <w:noProof/>
        <w:color w:val="66727A"/>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A899" w14:textId="77777777" w:rsidR="00F64ABB" w:rsidRDefault="00F64ABB">
      <w:pPr>
        <w:spacing w:after="0" w:line="240" w:lineRule="auto"/>
      </w:pPr>
      <w:r>
        <w:separator/>
      </w:r>
    </w:p>
  </w:footnote>
  <w:footnote w:type="continuationSeparator" w:id="0">
    <w:p w14:paraId="401CFAD5" w14:textId="77777777" w:rsidR="00F64ABB" w:rsidRDefault="00F64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70D0" w14:textId="77777777" w:rsidR="007738B2" w:rsidRDefault="00402795">
    <w:pPr>
      <w:pStyle w:val="Topptekst"/>
      <w:jc w:val="right"/>
    </w:pPr>
    <w:r>
      <w:rPr>
        <w:b/>
        <w:color w:val="66727A"/>
        <w:sz w:val="17"/>
      </w:rPr>
      <w:t xml:space="preserve">BATNFJORD </w:t>
    </w:r>
    <w:proofErr w:type="gramStart"/>
    <w:r>
      <w:rPr>
        <w:b/>
        <w:color w:val="66727A"/>
        <w:sz w:val="17"/>
      </w:rPr>
      <w:t>SKULE  |</w:t>
    </w:r>
    <w:proofErr w:type="gramEnd"/>
    <w:r>
      <w:rPr>
        <w:b/>
        <w:color w:val="66727A"/>
        <w:sz w:val="17"/>
      </w:rPr>
      <w:t xml:space="preserve">  ÅRSPLAN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1672831271">
    <w:abstractNumId w:val="8"/>
  </w:num>
  <w:num w:numId="2" w16cid:durableId="381563207">
    <w:abstractNumId w:val="6"/>
  </w:num>
  <w:num w:numId="3" w16cid:durableId="1505246327">
    <w:abstractNumId w:val="5"/>
  </w:num>
  <w:num w:numId="4" w16cid:durableId="388964086">
    <w:abstractNumId w:val="4"/>
  </w:num>
  <w:num w:numId="5" w16cid:durableId="789398703">
    <w:abstractNumId w:val="7"/>
  </w:num>
  <w:num w:numId="6" w16cid:durableId="1427966913">
    <w:abstractNumId w:val="3"/>
  </w:num>
  <w:num w:numId="7" w16cid:durableId="1529021769">
    <w:abstractNumId w:val="2"/>
  </w:num>
  <w:num w:numId="8" w16cid:durableId="400179542">
    <w:abstractNumId w:val="1"/>
  </w:num>
  <w:num w:numId="9" w16cid:durableId="1361974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A17"/>
    <w:rsid w:val="00034616"/>
    <w:rsid w:val="00052B00"/>
    <w:rsid w:val="00056CDC"/>
    <w:rsid w:val="0006063C"/>
    <w:rsid w:val="00087391"/>
    <w:rsid w:val="00087585"/>
    <w:rsid w:val="00100A6E"/>
    <w:rsid w:val="0015074B"/>
    <w:rsid w:val="001A4EC7"/>
    <w:rsid w:val="00200428"/>
    <w:rsid w:val="00232663"/>
    <w:rsid w:val="002464DC"/>
    <w:rsid w:val="00254580"/>
    <w:rsid w:val="0029639D"/>
    <w:rsid w:val="00326F90"/>
    <w:rsid w:val="00386D68"/>
    <w:rsid w:val="00402795"/>
    <w:rsid w:val="00453101"/>
    <w:rsid w:val="00491FD2"/>
    <w:rsid w:val="004E2828"/>
    <w:rsid w:val="00533034"/>
    <w:rsid w:val="00546BDB"/>
    <w:rsid w:val="00623B37"/>
    <w:rsid w:val="00660782"/>
    <w:rsid w:val="00665BD7"/>
    <w:rsid w:val="006A77AF"/>
    <w:rsid w:val="006B3953"/>
    <w:rsid w:val="006C29E5"/>
    <w:rsid w:val="00707FC6"/>
    <w:rsid w:val="007738B2"/>
    <w:rsid w:val="00776D94"/>
    <w:rsid w:val="00785209"/>
    <w:rsid w:val="00807F07"/>
    <w:rsid w:val="00840E56"/>
    <w:rsid w:val="00877853"/>
    <w:rsid w:val="0091410E"/>
    <w:rsid w:val="009918C6"/>
    <w:rsid w:val="009C562C"/>
    <w:rsid w:val="00A21785"/>
    <w:rsid w:val="00A4555B"/>
    <w:rsid w:val="00A65A41"/>
    <w:rsid w:val="00AA1D8D"/>
    <w:rsid w:val="00AF2991"/>
    <w:rsid w:val="00AF5A21"/>
    <w:rsid w:val="00B32734"/>
    <w:rsid w:val="00B47730"/>
    <w:rsid w:val="00B87CFA"/>
    <w:rsid w:val="00BB0E0F"/>
    <w:rsid w:val="00BE2C24"/>
    <w:rsid w:val="00C15590"/>
    <w:rsid w:val="00C25BE7"/>
    <w:rsid w:val="00C64952"/>
    <w:rsid w:val="00CB0664"/>
    <w:rsid w:val="00D215E6"/>
    <w:rsid w:val="00DB0B60"/>
    <w:rsid w:val="00DC2C05"/>
    <w:rsid w:val="00E15EA3"/>
    <w:rsid w:val="00EB241F"/>
    <w:rsid w:val="00ED6388"/>
    <w:rsid w:val="00F01EB0"/>
    <w:rsid w:val="00F64ABB"/>
    <w:rsid w:val="00F961DB"/>
    <w:rsid w:val="00FB6F5A"/>
    <w:rsid w:val="00FC0D2B"/>
    <w:rsid w:val="00FC693F"/>
    <w:rsid w:val="06322DE3"/>
    <w:rsid w:val="0D86D080"/>
    <w:rsid w:val="1038ECF6"/>
    <w:rsid w:val="10AB8810"/>
    <w:rsid w:val="1491EBCD"/>
    <w:rsid w:val="1A62B74B"/>
    <w:rsid w:val="212210BC"/>
    <w:rsid w:val="21A7DB88"/>
    <w:rsid w:val="2C89C97C"/>
    <w:rsid w:val="30EF06CC"/>
    <w:rsid w:val="45712B30"/>
    <w:rsid w:val="45D1B1A3"/>
    <w:rsid w:val="5BE45151"/>
    <w:rsid w:val="7C595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4C4CF3"/>
  <w14:defaultImageDpi w14:val="300"/>
  <w15:docId w15:val="{DC820EF4-37FC-469E-996D-80B31758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111111"/>
      <w:sz w:val="21"/>
    </w:rPr>
  </w:style>
  <w:style w:type="paragraph" w:styleId="Overskrift1">
    <w:name w:val="heading 1"/>
    <w:basedOn w:val="Normal"/>
    <w:next w:val="Normal"/>
    <w:link w:val="Overskrift1Tegn"/>
    <w:uiPriority w:val="9"/>
    <w:qFormat/>
    <w:rsid w:val="00FC693F"/>
    <w:pPr>
      <w:keepNext/>
      <w:keepLines/>
      <w:spacing w:before="320" w:after="160"/>
      <w:outlineLvl w:val="0"/>
    </w:pPr>
    <w:rPr>
      <w:rFonts w:asciiTheme="majorHAnsi" w:eastAsiaTheme="majorEastAsia" w:hAnsiTheme="majorHAnsi" w:cstheme="majorBidi"/>
      <w:b/>
      <w:bCs/>
      <w:color w:val="173B57"/>
      <w:sz w:val="36"/>
      <w:szCs w:val="28"/>
    </w:rPr>
  </w:style>
  <w:style w:type="paragraph" w:styleId="Overskrift2">
    <w:name w:val="heading 2"/>
    <w:basedOn w:val="Normal"/>
    <w:next w:val="Normal"/>
    <w:link w:val="Overskrift2Tegn"/>
    <w:uiPriority w:val="9"/>
    <w:unhideWhenUsed/>
    <w:qFormat/>
    <w:rsid w:val="00FC693F"/>
    <w:pPr>
      <w:keepNext/>
      <w:keepLines/>
      <w:spacing w:before="240"/>
      <w:outlineLvl w:val="1"/>
    </w:pPr>
    <w:rPr>
      <w:rFonts w:asciiTheme="majorHAnsi" w:eastAsiaTheme="majorEastAsia" w:hAnsiTheme="majorHAnsi" w:cstheme="majorBidi"/>
      <w:b/>
      <w:bCs/>
      <w:color w:val="2E6687"/>
      <w:sz w:val="28"/>
      <w:szCs w:val="26"/>
    </w:rPr>
  </w:style>
  <w:style w:type="paragraph" w:styleId="Overskrift3">
    <w:name w:val="heading 3"/>
    <w:basedOn w:val="Normal"/>
    <w:next w:val="Normal"/>
    <w:link w:val="Overskrift3Tegn"/>
    <w:uiPriority w:val="9"/>
    <w:unhideWhenUsed/>
    <w:qFormat/>
    <w:rsid w:val="00FC693F"/>
    <w:pPr>
      <w:keepNext/>
      <w:keepLines/>
      <w:spacing w:before="160" w:after="80"/>
      <w:outlineLvl w:val="2"/>
    </w:pPr>
    <w:rPr>
      <w:rFonts w:asciiTheme="majorHAnsi" w:eastAsiaTheme="majorEastAsia" w:hAnsiTheme="majorHAnsi" w:cstheme="majorBidi"/>
      <w:b/>
      <w:bCs/>
      <w:color w:val="173B57"/>
      <w:sz w:val="23"/>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73B57"/>
      <w:spacing w:val="5"/>
      <w:kern w:val="28"/>
      <w:sz w:val="60"/>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ind w:left="360"/>
      <w:contextualSpacing/>
    </w:pPr>
  </w:style>
  <w:style w:type="paragraph" w:styleId="Liste-forts2">
    <w:name w:val="List Continue 2"/>
    <w:basedOn w:val="Normal"/>
    <w:uiPriority w:val="99"/>
    <w:unhideWhenUsed/>
    <w:rsid w:val="0029639D"/>
    <w:pPr>
      <w:ind w:left="720"/>
      <w:contextualSpacing/>
    </w:pPr>
  </w:style>
  <w:style w:type="paragraph" w:styleId="Liste-forts3">
    <w:name w:val="List Continue 3"/>
    <w:basedOn w:val="Normal"/>
    <w:uiPriority w:val="99"/>
    <w:unhideWhenUsed/>
    <w:rsid w:val="0029639D"/>
    <w:pPr>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line="283" w:lineRule="auto"/>
    </w:pPr>
    <w:rPr>
      <w:rFonts w:ascii="Aptos" w:hAnsi="Aptos"/>
      <w:color w:val="173B5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2476</Words>
  <Characters>13127</Characters>
  <Application>Microsoft Office Word</Application>
  <DocSecurity>0</DocSecurity>
  <Lines>109</Lines>
  <Paragraphs>31</Paragraphs>
  <ScaleCrop>false</ScaleCrop>
  <Manager/>
  <Company/>
  <LinksUpToDate>false</LinksUpToDate>
  <CharactersWithSpaces>15572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Kia Rosén</cp:lastModifiedBy>
  <cp:revision>2</cp:revision>
  <dcterms:created xsi:type="dcterms:W3CDTF">2026-09-04T11:48:00Z</dcterms:created>
  <dcterms:modified xsi:type="dcterms:W3CDTF">2026-09-04T11:48:00Z</dcterms:modified>
  <cp:category/>
</cp:coreProperties>
</file>